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44C" w:rsidRDefault="008F544C" w:rsidP="004769D5">
      <w:pPr>
        <w:pStyle w:val="Titolo1"/>
        <w:jc w:val="center"/>
        <w:rPr>
          <w:rFonts w:ascii="Arial" w:hAnsi="Arial" w:cs="Arial"/>
          <w:color w:val="000000"/>
        </w:rPr>
      </w:pPr>
    </w:p>
    <w:p w:rsidR="004769D5" w:rsidRDefault="004769D5" w:rsidP="004769D5">
      <w:pPr>
        <w:pStyle w:val="Titolo1"/>
        <w:jc w:val="center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905000" cy="19050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ma_del_Comun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9D5" w:rsidRDefault="004769D5" w:rsidP="004769D5">
      <w:pPr>
        <w:pStyle w:val="Titolo1"/>
        <w:rPr>
          <w:rFonts w:ascii="Arial" w:hAnsi="Arial" w:cs="Arial"/>
          <w:color w:val="000000"/>
        </w:rPr>
      </w:pPr>
    </w:p>
    <w:p w:rsidR="004D408B" w:rsidRPr="004769D5" w:rsidRDefault="004769D5" w:rsidP="004769D5">
      <w:pPr>
        <w:pStyle w:val="Titolo1"/>
        <w:jc w:val="center"/>
        <w:rPr>
          <w:rFonts w:ascii="Arial" w:hAnsi="Arial" w:cs="Arial"/>
          <w:b w:val="0"/>
          <w:i/>
        </w:rPr>
      </w:pPr>
      <w:r w:rsidRPr="004769D5">
        <w:rPr>
          <w:rFonts w:ascii="Arial" w:hAnsi="Arial" w:cs="Arial"/>
          <w:color w:val="000000"/>
        </w:rPr>
        <w:t xml:space="preserve">COMUNE DI ACI BONACCORSI </w:t>
      </w:r>
      <w:r>
        <w:rPr>
          <w:rFonts w:ascii="Arial" w:hAnsi="Arial" w:cs="Arial"/>
          <w:color w:val="000000"/>
        </w:rPr>
        <w:br/>
      </w:r>
      <w:r w:rsidRPr="004769D5">
        <w:rPr>
          <w:rFonts w:ascii="Arial" w:hAnsi="Arial" w:cs="Arial"/>
          <w:b w:val="0"/>
          <w:i/>
          <w:color w:val="000000"/>
        </w:rPr>
        <w:t>Città Metropolitana di Catania</w:t>
      </w:r>
    </w:p>
    <w:p w:rsidR="004D408B" w:rsidRPr="004769D5" w:rsidRDefault="004769D5" w:rsidP="004769D5">
      <w:pPr>
        <w:pStyle w:val="Titolo2"/>
        <w:jc w:val="center"/>
        <w:rPr>
          <w:rFonts w:ascii="Arial" w:hAnsi="Arial" w:cs="Arial"/>
          <w:sz w:val="32"/>
        </w:rPr>
      </w:pPr>
      <w:r w:rsidRPr="004769D5">
        <w:rPr>
          <w:rFonts w:ascii="Arial" w:hAnsi="Arial" w:cs="Arial"/>
          <w:color w:val="000000"/>
          <w:sz w:val="32"/>
        </w:rPr>
        <w:t>Area Affari Generali</w:t>
      </w:r>
    </w:p>
    <w:p w:rsidR="004D408B" w:rsidRPr="004769D5" w:rsidRDefault="004769D5" w:rsidP="004769D5">
      <w:pPr>
        <w:pStyle w:val="Titolo1"/>
        <w:jc w:val="both"/>
        <w:rPr>
          <w:rFonts w:ascii="Arial" w:hAnsi="Arial" w:cs="Arial"/>
        </w:rPr>
      </w:pPr>
      <w:r w:rsidRPr="004769D5">
        <w:rPr>
          <w:rFonts w:ascii="Arial" w:hAnsi="Arial" w:cs="Arial"/>
          <w:color w:val="000000"/>
        </w:rPr>
        <w:t>ALLEGATO 5 – MODELLO ISTANZA DI PARTECIPAZIONE</w:t>
      </w:r>
    </w:p>
    <w:p w:rsidR="004D408B" w:rsidRPr="004769D5" w:rsidRDefault="004769D5" w:rsidP="004769D5">
      <w:pPr>
        <w:jc w:val="both"/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PROCEDURA APERTA PER L'AFFIDAMENTO IN CONCESSIONE DEL SERVIZIO DI GESTIONE DEL CAMPO SPORTIVO COMUNALE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 xml:space="preserve">CIG: </w:t>
      </w:r>
      <w:r>
        <w:rPr>
          <w:rFonts w:ascii="Arial" w:hAnsi="Arial" w:cs="Arial"/>
          <w:b/>
        </w:rPr>
        <w:t>_________________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 xml:space="preserve">Il/La sottoscritto/a 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i/>
        </w:rPr>
        <w:t xml:space="preserve">_ nato/a </w:t>
      </w:r>
      <w:proofErr w:type="spellStart"/>
      <w:r w:rsidRPr="004769D5">
        <w:rPr>
          <w:rFonts w:ascii="Arial" w:hAnsi="Arial" w:cs="Arial"/>
          <w:i/>
        </w:rPr>
        <w:t>a</w:t>
      </w:r>
      <w:proofErr w:type="spellEnd"/>
      <w:r w:rsidRPr="004769D5">
        <w:rPr>
          <w:rFonts w:ascii="Arial" w:hAnsi="Arial" w:cs="Arial"/>
          <w:i/>
        </w:rPr>
        <w:t xml:space="preserve"> 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b/>
        </w:rPr>
        <w:t xml:space="preserve">__ il </w:t>
      </w: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i/>
        </w:rPr>
        <w:t xml:space="preserve">_, C.F. 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b/>
        </w:rPr>
        <w:t>_</w:t>
      </w:r>
      <w:r>
        <w:rPr>
          <w:rFonts w:ascii="Arial" w:hAnsi="Arial" w:cs="Arial"/>
        </w:rPr>
        <w:t>_</w:t>
      </w:r>
      <w:r w:rsidRPr="004769D5">
        <w:rPr>
          <w:rFonts w:ascii="Arial" w:hAnsi="Arial" w:cs="Arial"/>
        </w:rPr>
        <w:t>______, in qualità di legale rappresentante / procuratore speciale (1) di: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□ Impresa individuale / Società / Associazione sportiva / Consorzio / RTI (2):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 xml:space="preserve">Denominazione: </w:t>
      </w: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 xml:space="preserve">Forma giuridica: </w:t>
      </w: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b/>
        </w:rPr>
        <w:t>_</w:t>
      </w:r>
      <w:r>
        <w:rPr>
          <w:rFonts w:ascii="Arial" w:hAnsi="Arial" w:cs="Arial"/>
        </w:rPr>
        <w:t>_</w:t>
      </w:r>
      <w:r w:rsidRPr="004769D5">
        <w:rPr>
          <w:rFonts w:ascii="Arial" w:hAnsi="Arial" w:cs="Arial"/>
        </w:rPr>
        <w:t>______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 xml:space="preserve">C.F.: </w:t>
      </w: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 xml:space="preserve"> P. IVA: </w:t>
      </w:r>
      <w:r w:rsidRPr="004769D5">
        <w:rPr>
          <w:rFonts w:ascii="Arial" w:hAnsi="Arial" w:cs="Arial"/>
          <w:i/>
        </w:rPr>
        <w:t>____</w:t>
      </w:r>
      <w:r w:rsidRPr="004769D5">
        <w:rPr>
          <w:rFonts w:ascii="Arial" w:hAnsi="Arial" w:cs="Arial"/>
        </w:rPr>
        <w:t>_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 xml:space="preserve">Sede legale: Via </w:t>
      </w: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 xml:space="preserve"> n. </w:t>
      </w: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 xml:space="preserve">_ CAP </w:t>
      </w:r>
      <w:r w:rsidRPr="004769D5">
        <w:rPr>
          <w:rFonts w:ascii="Arial" w:hAnsi="Arial" w:cs="Arial"/>
          <w:i/>
        </w:rPr>
        <w:t>_</w:t>
      </w:r>
      <w:r w:rsidRPr="004769D5">
        <w:rPr>
          <w:rFonts w:ascii="Arial" w:hAnsi="Arial" w:cs="Arial"/>
          <w:b/>
        </w:rPr>
        <w:t xml:space="preserve"> Città </w:t>
      </w:r>
      <w:r w:rsidRPr="004769D5">
        <w:rPr>
          <w:rFonts w:ascii="Arial" w:hAnsi="Arial" w:cs="Arial"/>
          <w:i/>
        </w:rPr>
        <w:t>__</w:t>
      </w:r>
      <w:r w:rsidRPr="004769D5">
        <w:rPr>
          <w:rFonts w:ascii="Arial" w:hAnsi="Arial" w:cs="Arial"/>
        </w:rPr>
        <w:t>_____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 xml:space="preserve">PEC: </w:t>
      </w: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 xml:space="preserve">_ Email: 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 xml:space="preserve">Iscrizione Registro Imprese di </w:t>
      </w: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 xml:space="preserve"> n. </w:t>
      </w:r>
      <w:r w:rsidRPr="004769D5">
        <w:rPr>
          <w:rFonts w:ascii="Arial" w:hAnsi="Arial" w:cs="Arial"/>
          <w:i/>
        </w:rPr>
        <w:t>_</w:t>
      </w:r>
      <w:r w:rsidRPr="004769D5">
        <w:rPr>
          <w:rFonts w:ascii="Arial" w:hAnsi="Arial" w:cs="Arial"/>
        </w:rPr>
        <w:t>_____ (se obbligatorio)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lastRenderedPageBreak/>
        <w:t xml:space="preserve">Iscrizione Registro CONI / Sport e Salute n. </w:t>
      </w: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>_</w:t>
      </w:r>
      <w:r>
        <w:rPr>
          <w:rFonts w:ascii="Arial" w:hAnsi="Arial" w:cs="Arial"/>
        </w:rPr>
        <w:t>_</w:t>
      </w:r>
      <w:r w:rsidRPr="004769D5">
        <w:rPr>
          <w:rFonts w:ascii="Arial" w:hAnsi="Arial" w:cs="Arial"/>
        </w:rPr>
        <w:t>_____ (per ASD/SSD)</w:t>
      </w:r>
    </w:p>
    <w:p w:rsidR="004D408B" w:rsidRPr="004769D5" w:rsidRDefault="004769D5" w:rsidP="004769D5">
      <w:pPr>
        <w:pStyle w:val="Titolo2"/>
        <w:jc w:val="center"/>
        <w:rPr>
          <w:rFonts w:ascii="Arial" w:hAnsi="Arial" w:cs="Arial"/>
        </w:rPr>
      </w:pPr>
      <w:r w:rsidRPr="004769D5">
        <w:rPr>
          <w:rFonts w:ascii="Arial" w:hAnsi="Arial" w:cs="Arial"/>
          <w:color w:val="000000"/>
        </w:rPr>
        <w:t>DICHIARA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ai sensi degli artt. 46 e 47 del D.P.R. n. 445/2000, consapevole delle sanzioni penali per dichiarazioni mendaci: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A) MODALITÀ DI PARTECIPAZIONE: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□ In forma individuale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□ In RTI (Raggruppamento Temporaneo di Imprese):</w:t>
      </w:r>
      <w:r w:rsidRPr="004769D5">
        <w:rPr>
          <w:rFonts w:ascii="Arial" w:hAnsi="Arial" w:cs="Arial"/>
        </w:rPr>
        <w:br/>
        <w:t xml:space="preserve">   - □ RTI già costituito (mandataria/capogruppo: </w:t>
      </w: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  <w:r w:rsidRPr="004769D5">
        <w:rPr>
          <w:rFonts w:ascii="Arial" w:hAnsi="Arial" w:cs="Arial"/>
        </w:rPr>
        <w:t>)</w:t>
      </w:r>
      <w:r w:rsidRPr="004769D5">
        <w:rPr>
          <w:rFonts w:ascii="Arial" w:hAnsi="Arial" w:cs="Arial"/>
        </w:rPr>
        <w:br/>
        <w:t xml:space="preserve">   - □ RTI da costituire (impegno a conferire mandato a: </w:t>
      </w: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  <w:r w:rsidRPr="004769D5">
        <w:rPr>
          <w:rFonts w:ascii="Arial" w:hAnsi="Arial" w:cs="Arial"/>
        </w:rPr>
        <w:t>)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 xml:space="preserve">□ Consorzio stabile: indicare per quali consorziati si concorre: </w:t>
      </w: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  <w:r w:rsidRPr="004769D5">
        <w:rPr>
          <w:rFonts w:ascii="Arial" w:hAnsi="Arial" w:cs="Arial"/>
        </w:rPr>
        <w:t>_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B) REQUISITI DI ORDINE GENERALE (artt. 94-98 d.lgs. 36/2023):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□ Dichiara l'inesistenza delle cause di esclusione di cui agli artt. 94-98 del d.lgs. 36/2023.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(In caso di RTI, la presente dichiarazione è resa da ciascun componente)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C) REQUISITI DI CAPACITÀ TECNICO-PROFESSIONALE: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 xml:space="preserve">□ Dichiara di aver gestito </w:t>
      </w:r>
      <w:r w:rsidRPr="004769D5">
        <w:rPr>
          <w:rFonts w:ascii="Arial" w:hAnsi="Arial" w:cs="Arial"/>
          <w:b/>
        </w:rPr>
        <w:t>almeno un impianto sportivo</w:t>
      </w:r>
      <w:r w:rsidRPr="004769D5">
        <w:rPr>
          <w:rFonts w:ascii="Arial" w:hAnsi="Arial" w:cs="Arial"/>
        </w:rPr>
        <w:t xml:space="preserve"> nel periodo successivo al 31.12.2019, come di seguito descritto: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547"/>
        <w:gridCol w:w="2547"/>
        <w:gridCol w:w="2547"/>
        <w:gridCol w:w="2547"/>
      </w:tblGrid>
      <w:tr w:rsidR="004D408B" w:rsidRPr="004769D5" w:rsidTr="004769D5">
        <w:tc>
          <w:tcPr>
            <w:tcW w:w="1250" w:type="pct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  <w:b/>
              </w:rPr>
              <w:t>Impianto gestito</w:t>
            </w:r>
          </w:p>
        </w:tc>
        <w:tc>
          <w:tcPr>
            <w:tcW w:w="1250" w:type="pct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  <w:b/>
              </w:rPr>
              <w:t>Ente/Committente</w:t>
            </w:r>
          </w:p>
        </w:tc>
        <w:tc>
          <w:tcPr>
            <w:tcW w:w="1250" w:type="pct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  <w:b/>
              </w:rPr>
              <w:t>Periodo</w:t>
            </w:r>
          </w:p>
        </w:tc>
        <w:tc>
          <w:tcPr>
            <w:tcW w:w="1250" w:type="pct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  <w:b/>
              </w:rPr>
              <w:t>Tipologia impianto</w:t>
            </w:r>
          </w:p>
        </w:tc>
      </w:tr>
      <w:tr w:rsidR="004D408B" w:rsidRPr="004769D5" w:rsidTr="004769D5">
        <w:tc>
          <w:tcPr>
            <w:tcW w:w="1250" w:type="pct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4D408B" w:rsidRPr="004769D5" w:rsidRDefault="004D408B" w:rsidP="004769D5">
      <w:pPr>
        <w:rPr>
          <w:rFonts w:ascii="Arial" w:hAnsi="Arial" w:cs="Arial"/>
        </w:rPr>
      </w:pP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□ Allega documentazione comprovante (contratto / attestazione regolare esecuzione).</w:t>
      </w:r>
    </w:p>
    <w:p w:rsidR="004D408B" w:rsidRPr="004769D5" w:rsidRDefault="004769D5" w:rsidP="004769D5">
      <w:pPr>
        <w:rPr>
          <w:rFonts w:ascii="Arial" w:hAnsi="Arial" w:cs="Arial"/>
        </w:rPr>
      </w:pPr>
      <w:r>
        <w:rPr>
          <w:rFonts w:ascii="Arial" w:hAnsi="Arial" w:cs="Arial"/>
          <w:b/>
        </w:rPr>
        <w:t>D</w:t>
      </w:r>
      <w:r w:rsidRPr="004769D5">
        <w:rPr>
          <w:rFonts w:ascii="Arial" w:hAnsi="Arial" w:cs="Arial"/>
          <w:b/>
        </w:rPr>
        <w:t>) ALTRE DICHIARAZIONI:</w:t>
      </w:r>
    </w:p>
    <w:p w:rsidR="004D408B" w:rsidRPr="004769D5" w:rsidRDefault="004769D5" w:rsidP="004769D5">
      <w:pPr>
        <w:pStyle w:val="Puntoelenco"/>
        <w:rPr>
          <w:rFonts w:ascii="Arial" w:hAnsi="Arial" w:cs="Arial"/>
        </w:rPr>
      </w:pPr>
      <w:r w:rsidRPr="004769D5">
        <w:rPr>
          <w:rFonts w:ascii="Arial" w:hAnsi="Arial" w:cs="Arial"/>
        </w:rPr>
        <w:t>□ Dichiara di aver preso visione di tutti i documenti di gara e di accettarne incondizionatamente il contenuto.</w:t>
      </w:r>
    </w:p>
    <w:p w:rsidR="004D408B" w:rsidRPr="004769D5" w:rsidRDefault="004769D5" w:rsidP="004769D5">
      <w:pPr>
        <w:pStyle w:val="Puntoelenco"/>
        <w:rPr>
          <w:rFonts w:ascii="Arial" w:hAnsi="Arial" w:cs="Arial"/>
        </w:rPr>
      </w:pPr>
      <w:r w:rsidRPr="004769D5">
        <w:rPr>
          <w:rFonts w:ascii="Arial" w:hAnsi="Arial" w:cs="Arial"/>
        </w:rPr>
        <w:t>□ Dichiara di aver effettuato il sopralluogo obbligatorio (attestato allegato).</w:t>
      </w:r>
    </w:p>
    <w:p w:rsidR="004D408B" w:rsidRPr="004769D5" w:rsidRDefault="004769D5" w:rsidP="004769D5">
      <w:pPr>
        <w:pStyle w:val="Puntoelenco"/>
        <w:rPr>
          <w:rFonts w:ascii="Arial" w:hAnsi="Arial" w:cs="Arial"/>
        </w:rPr>
      </w:pPr>
      <w:r w:rsidRPr="004769D5">
        <w:rPr>
          <w:rFonts w:ascii="Arial" w:hAnsi="Arial" w:cs="Arial"/>
        </w:rPr>
        <w:t>□ Dichiara di aver versato il contributo ANAC di € ______ (ricevuta allegata).</w:t>
      </w:r>
    </w:p>
    <w:p w:rsidR="004D408B" w:rsidRPr="004769D5" w:rsidRDefault="004769D5" w:rsidP="004769D5">
      <w:pPr>
        <w:pStyle w:val="Puntoelenco"/>
        <w:rPr>
          <w:rFonts w:ascii="Arial" w:hAnsi="Arial" w:cs="Arial"/>
        </w:rPr>
      </w:pPr>
      <w:r w:rsidRPr="004769D5">
        <w:rPr>
          <w:rFonts w:ascii="Arial" w:hAnsi="Arial" w:cs="Arial"/>
        </w:rPr>
        <w:t>□ Dichiara che i seguenti elementi dell'offerta costituiscono segreti tecnici/commerciali (motivare): ________.</w:t>
      </w:r>
    </w:p>
    <w:p w:rsidR="004D408B" w:rsidRPr="004769D5" w:rsidRDefault="004769D5" w:rsidP="004769D5">
      <w:pPr>
        <w:pStyle w:val="Puntoelenco"/>
        <w:rPr>
          <w:rFonts w:ascii="Arial" w:hAnsi="Arial" w:cs="Arial"/>
        </w:rPr>
      </w:pPr>
      <w:r w:rsidRPr="004769D5">
        <w:rPr>
          <w:rFonts w:ascii="Arial" w:hAnsi="Arial" w:cs="Arial"/>
        </w:rPr>
        <w:t>□ Dichiara il consenso al trattamento dei dati personali ai sensi del GDPR.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ALLEGA: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□ Copia documento di identità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□ Attestato di sopralluogo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□ Garanzia provvisoria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lastRenderedPageBreak/>
        <w:t>□ Ricevuta contributo ANAC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□ Procura (se firmatario ≠ legale rappresentante)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□ Contratto di avvalimento e documenti ausiliaria (se ricorrente)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□ Documentazione comprovante requisiti tecnico-professionali</w:t>
      </w:r>
    </w:p>
    <w:p w:rsidR="004D408B" w:rsidRPr="004769D5" w:rsidRDefault="004769D5" w:rsidP="004769D5">
      <w:pPr>
        <w:rPr>
          <w:rFonts w:ascii="Arial" w:hAnsi="Arial" w:cs="Arial"/>
        </w:rPr>
      </w:pPr>
      <w:r>
        <w:rPr>
          <w:rFonts w:ascii="Arial" w:hAnsi="Arial" w:cs="Arial"/>
          <w:b/>
        </w:rPr>
        <w:t>Aci Bonaccorsi, ____________________</w:t>
      </w:r>
    </w:p>
    <w:p w:rsidR="004D408B" w:rsidRPr="004769D5" w:rsidRDefault="004769D5" w:rsidP="004769D5">
      <w:pPr>
        <w:jc w:val="right"/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IL LEGALE RAPPRESENTANTE / PROCURATORE</w:t>
      </w:r>
      <w:r>
        <w:rPr>
          <w:rFonts w:ascii="Arial" w:hAnsi="Arial" w:cs="Arial"/>
          <w:b/>
        </w:rPr>
        <w:br/>
      </w:r>
      <w:r w:rsidRPr="004769D5">
        <w:rPr>
          <w:rFonts w:ascii="Arial" w:hAnsi="Arial" w:cs="Arial"/>
          <w:i/>
        </w:rPr>
        <w:t>(Firma digitale)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NOTE PER LA COMPILAZIONE: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(1) In caso di procuratore, allegare copia autentica della procura notarile.</w:t>
      </w:r>
      <w:r w:rsidRPr="004769D5">
        <w:rPr>
          <w:rFonts w:ascii="Arial" w:hAnsi="Arial" w:cs="Arial"/>
        </w:rPr>
        <w:br/>
        <w:t>(2) In caso di RTI non ancora costituito, la presente dichiarazione deve essere resa da ciascun componente.</w:t>
      </w:r>
    </w:p>
    <w:p w:rsidR="004769D5" w:rsidRDefault="004769D5" w:rsidP="004769D5">
      <w:pPr>
        <w:pStyle w:val="Titolo1"/>
        <w:rPr>
          <w:rFonts w:ascii="Arial" w:hAnsi="Arial" w:cs="Arial"/>
          <w:color w:val="000000"/>
        </w:rPr>
      </w:pPr>
    </w:p>
    <w:p w:rsidR="004769D5" w:rsidRDefault="004769D5" w:rsidP="004769D5"/>
    <w:p w:rsidR="004769D5" w:rsidRDefault="004769D5" w:rsidP="004769D5"/>
    <w:p w:rsidR="004769D5" w:rsidRPr="004769D5" w:rsidRDefault="004769D5" w:rsidP="004769D5"/>
    <w:p w:rsidR="004769D5" w:rsidRDefault="004769D5" w:rsidP="004769D5">
      <w:pPr>
        <w:pStyle w:val="Titolo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 wp14:anchorId="1CE2D100" wp14:editId="4478BD9F">
            <wp:extent cx="1905000" cy="19050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ma_del_Comun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9D5" w:rsidRDefault="004769D5" w:rsidP="004769D5">
      <w:pPr>
        <w:pStyle w:val="Titolo1"/>
        <w:rPr>
          <w:rFonts w:ascii="Arial" w:hAnsi="Arial" w:cs="Arial"/>
          <w:color w:val="000000"/>
        </w:rPr>
      </w:pPr>
    </w:p>
    <w:p w:rsidR="004769D5" w:rsidRPr="004769D5" w:rsidRDefault="004769D5" w:rsidP="004769D5">
      <w:pPr>
        <w:pStyle w:val="Titolo1"/>
        <w:jc w:val="center"/>
        <w:rPr>
          <w:rFonts w:ascii="Arial" w:hAnsi="Arial" w:cs="Arial"/>
          <w:b w:val="0"/>
          <w:i/>
        </w:rPr>
      </w:pPr>
      <w:r w:rsidRPr="004769D5">
        <w:rPr>
          <w:rFonts w:ascii="Arial" w:hAnsi="Arial" w:cs="Arial"/>
          <w:color w:val="000000"/>
        </w:rPr>
        <w:t xml:space="preserve">COMUNE DI ACI BONACCORSI </w:t>
      </w:r>
      <w:r>
        <w:rPr>
          <w:rFonts w:ascii="Arial" w:hAnsi="Arial" w:cs="Arial"/>
          <w:color w:val="000000"/>
        </w:rPr>
        <w:br/>
      </w:r>
      <w:r w:rsidRPr="004769D5">
        <w:rPr>
          <w:rFonts w:ascii="Arial" w:hAnsi="Arial" w:cs="Arial"/>
          <w:b w:val="0"/>
          <w:i/>
          <w:color w:val="000000"/>
        </w:rPr>
        <w:t>Città Metropolitana di Catania</w:t>
      </w:r>
    </w:p>
    <w:p w:rsidR="004769D5" w:rsidRPr="004769D5" w:rsidRDefault="004769D5" w:rsidP="004769D5">
      <w:pPr>
        <w:pStyle w:val="Titolo2"/>
        <w:jc w:val="center"/>
        <w:rPr>
          <w:rFonts w:ascii="Arial" w:hAnsi="Arial" w:cs="Arial"/>
          <w:sz w:val="32"/>
        </w:rPr>
      </w:pPr>
      <w:r w:rsidRPr="004769D5">
        <w:rPr>
          <w:rFonts w:ascii="Arial" w:hAnsi="Arial" w:cs="Arial"/>
          <w:color w:val="000000"/>
          <w:sz w:val="32"/>
        </w:rPr>
        <w:t>Area Affari Generali</w:t>
      </w:r>
    </w:p>
    <w:p w:rsidR="004D408B" w:rsidRPr="004769D5" w:rsidRDefault="004769D5" w:rsidP="004769D5">
      <w:pPr>
        <w:pStyle w:val="Titolo1"/>
        <w:jc w:val="both"/>
        <w:rPr>
          <w:rFonts w:ascii="Arial" w:hAnsi="Arial" w:cs="Arial"/>
        </w:rPr>
      </w:pPr>
      <w:r w:rsidRPr="004769D5">
        <w:rPr>
          <w:rFonts w:ascii="Arial" w:hAnsi="Arial" w:cs="Arial"/>
          <w:color w:val="000000"/>
        </w:rPr>
        <w:t>ALLEGATO 6 – MODELLO RELAZIONE TECNICA ED ECONOMICO-FINANZIARIA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 xml:space="preserve">PROCEDURA APERTA – CONCESSIONE GESTIONE CAMPO SPORTIVO COMUNALE – CIG: </w:t>
      </w:r>
      <w:r>
        <w:rPr>
          <w:rFonts w:ascii="Arial" w:hAnsi="Arial" w:cs="Arial"/>
          <w:b/>
        </w:rPr>
        <w:t>_______</w:t>
      </w:r>
    </w:p>
    <w:p w:rsidR="004D408B" w:rsidRPr="004769D5" w:rsidRDefault="004769D5" w:rsidP="004769D5">
      <w:pPr>
        <w:jc w:val="both"/>
        <w:rPr>
          <w:rFonts w:ascii="Arial" w:hAnsi="Arial" w:cs="Arial"/>
        </w:rPr>
      </w:pPr>
      <w:r w:rsidRPr="004769D5">
        <w:rPr>
          <w:rFonts w:ascii="Arial" w:hAnsi="Arial" w:cs="Arial"/>
        </w:rPr>
        <w:t>La Relazione Tecnica ed Economico-Finanziaria deve essere redatta secondo il seguente indice. Ciascuna sezione deve essere sviluppata in modo chiaro, completo e sintetico.</w:t>
      </w:r>
    </w:p>
    <w:p w:rsidR="004D408B" w:rsidRPr="004769D5" w:rsidRDefault="004769D5" w:rsidP="004769D5">
      <w:pPr>
        <w:jc w:val="both"/>
        <w:rPr>
          <w:rFonts w:ascii="Arial" w:hAnsi="Arial" w:cs="Arial"/>
        </w:rPr>
      </w:pPr>
      <w:r w:rsidRPr="004769D5">
        <w:rPr>
          <w:rFonts w:ascii="Arial" w:hAnsi="Arial" w:cs="Arial"/>
        </w:rPr>
        <w:t>Il documento deve essere sottoscritto digitalmente dal legale rappresentante del concorrente.</w:t>
      </w:r>
    </w:p>
    <w:p w:rsidR="004D408B" w:rsidRPr="004769D5" w:rsidRDefault="004769D5" w:rsidP="004769D5">
      <w:pPr>
        <w:jc w:val="both"/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La Relazione NON deve contenere elementi che consentano di conoscere i valori economici dell'offerta</w:t>
      </w:r>
      <w:r w:rsidRPr="004769D5">
        <w:rPr>
          <w:rFonts w:ascii="Arial" w:hAnsi="Arial" w:cs="Arial"/>
        </w:rPr>
        <w:t xml:space="preserve"> (canone annuo, importo investimenti), che vanno indicati esclusivamente nell'Offerta Economica (Allegato 7).</w:t>
      </w:r>
    </w:p>
    <w:p w:rsidR="004D408B" w:rsidRPr="004769D5" w:rsidRDefault="004769D5" w:rsidP="004769D5">
      <w:pPr>
        <w:pStyle w:val="Titolo2"/>
        <w:rPr>
          <w:rFonts w:ascii="Arial" w:hAnsi="Arial" w:cs="Arial"/>
        </w:rPr>
      </w:pPr>
      <w:r w:rsidRPr="004769D5">
        <w:rPr>
          <w:rFonts w:ascii="Arial" w:hAnsi="Arial" w:cs="Arial"/>
          <w:color w:val="000000"/>
        </w:rPr>
        <w:t>INDICE DELLA RELAZIONE</w:t>
      </w:r>
    </w:p>
    <w:p w:rsidR="004D408B" w:rsidRPr="004769D5" w:rsidRDefault="004769D5" w:rsidP="004769D5">
      <w:pPr>
        <w:pStyle w:val="Titolo3"/>
        <w:rPr>
          <w:rFonts w:ascii="Arial" w:hAnsi="Arial" w:cs="Arial"/>
        </w:rPr>
      </w:pPr>
      <w:r w:rsidRPr="004769D5">
        <w:rPr>
          <w:rFonts w:ascii="Arial" w:hAnsi="Arial" w:cs="Arial"/>
          <w:color w:val="000000"/>
        </w:rPr>
        <w:t>SEZIONE 1 – PROGETTO DI GESTIONE E PROMOZIONE SPORTIVA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1.1 – Visione complessiva e strategia gestionale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Descrivere la visione complessiva della gestione dell'impianto e la strategia gestionale che si intende adottare.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1.2 – Attività sportive proposte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Elencare e descrivere:</w:t>
      </w:r>
      <w:r w:rsidRPr="004769D5">
        <w:rPr>
          <w:rFonts w:ascii="Arial" w:hAnsi="Arial" w:cs="Arial"/>
        </w:rPr>
        <w:br/>
        <w:t>- discipline sportive che si intendono promuovere</w:t>
      </w:r>
      <w:r w:rsidRPr="004769D5">
        <w:rPr>
          <w:rFonts w:ascii="Arial" w:hAnsi="Arial" w:cs="Arial"/>
        </w:rPr>
        <w:br/>
      </w:r>
      <w:r w:rsidRPr="004769D5">
        <w:rPr>
          <w:rFonts w:ascii="Arial" w:hAnsi="Arial" w:cs="Arial"/>
        </w:rPr>
        <w:lastRenderedPageBreak/>
        <w:t>- tipologia di attività (corsi, tornei, allenamenti liberi, ecc.)</w:t>
      </w:r>
      <w:r w:rsidRPr="004769D5">
        <w:rPr>
          <w:rFonts w:ascii="Arial" w:hAnsi="Arial" w:cs="Arial"/>
        </w:rPr>
        <w:br/>
        <w:t>- categorie di utenti destinatarie</w:t>
      </w:r>
      <w:r w:rsidRPr="004769D5">
        <w:rPr>
          <w:rFonts w:ascii="Arial" w:hAnsi="Arial" w:cs="Arial"/>
        </w:rPr>
        <w:br/>
        <w:t>- eventuali attività accessorie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1.3 – Scuole e associazioni locali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Descrivere:</w:t>
      </w:r>
      <w:r w:rsidRPr="004769D5">
        <w:rPr>
          <w:rFonts w:ascii="Arial" w:hAnsi="Arial" w:cs="Arial"/>
        </w:rPr>
        <w:br/>
        <w:t>- modalità di collaborazione con le scuole del territorio (oltre il minimo obbligatorio)</w:t>
      </w:r>
      <w:r w:rsidRPr="004769D5">
        <w:rPr>
          <w:rFonts w:ascii="Arial" w:hAnsi="Arial" w:cs="Arial"/>
        </w:rPr>
        <w:br/>
        <w:t>- modalità di collaborazione con le associazioni sportive locali</w:t>
      </w:r>
      <w:r w:rsidRPr="004769D5">
        <w:rPr>
          <w:rFonts w:ascii="Arial" w:hAnsi="Arial" w:cs="Arial"/>
        </w:rPr>
        <w:br/>
        <w:t>- iniziative specifiche per categorie svantaggiate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1.4 – Eventi, manifestazioni e comunicazione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Descrivere:</w:t>
      </w:r>
      <w:r w:rsidRPr="004769D5">
        <w:rPr>
          <w:rFonts w:ascii="Arial" w:hAnsi="Arial" w:cs="Arial"/>
        </w:rPr>
        <w:br/>
        <w:t>- calendario eventi e manifestazioni programmate</w:t>
      </w:r>
      <w:r w:rsidRPr="004769D5">
        <w:rPr>
          <w:rFonts w:ascii="Arial" w:hAnsi="Arial" w:cs="Arial"/>
        </w:rPr>
        <w:br/>
        <w:t>- strategie di marketing e comunicazione</w:t>
      </w:r>
      <w:r w:rsidRPr="004769D5">
        <w:rPr>
          <w:rFonts w:ascii="Arial" w:hAnsi="Arial" w:cs="Arial"/>
        </w:rPr>
        <w:br/>
        <w:t>- strumenti per promuovere l'impianto e le attività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1.5 – Coinvolgimento della comunità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Descrivere le iniziative per favorire la partecipazione della cittadinanza e l'aggregazione sociale.</w:t>
      </w:r>
    </w:p>
    <w:p w:rsidR="004D408B" w:rsidRPr="004769D5" w:rsidRDefault="004769D5" w:rsidP="004769D5">
      <w:pPr>
        <w:pStyle w:val="Titolo3"/>
        <w:rPr>
          <w:rFonts w:ascii="Arial" w:hAnsi="Arial" w:cs="Arial"/>
        </w:rPr>
      </w:pPr>
      <w:r w:rsidRPr="004769D5">
        <w:rPr>
          <w:rFonts w:ascii="Arial" w:hAnsi="Arial" w:cs="Arial"/>
          <w:color w:val="000000"/>
        </w:rPr>
        <w:t>SEZIONE 2 – ORGANIZZAZIONE DEL SERVIZIO E QUALITÀ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2.1 – Orari di apertura e accessibilità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Indicare:</w:t>
      </w:r>
      <w:r w:rsidRPr="004769D5">
        <w:rPr>
          <w:rFonts w:ascii="Arial" w:hAnsi="Arial" w:cs="Arial"/>
        </w:rPr>
        <w:br/>
        <w:t>- orari di apertura proposti (orario settimanale)</w:t>
      </w:r>
      <w:r w:rsidRPr="004769D5">
        <w:rPr>
          <w:rFonts w:ascii="Arial" w:hAnsi="Arial" w:cs="Arial"/>
        </w:rPr>
        <w:br/>
        <w:t>- distribuzione nelle diverse fasce (mattina, pomeriggio, sera, weekend)</w:t>
      </w:r>
      <w:r w:rsidRPr="004769D5">
        <w:rPr>
          <w:rFonts w:ascii="Arial" w:hAnsi="Arial" w:cs="Arial"/>
        </w:rPr>
        <w:br/>
        <w:t>- eventuali orari differenziati per stagione</w:t>
      </w:r>
      <w:r w:rsidRPr="004769D5">
        <w:rPr>
          <w:rFonts w:ascii="Arial" w:hAnsi="Arial" w:cs="Arial"/>
        </w:rPr>
        <w:br/>
        <w:t>- flessibilità rispetto alle esigenze dell'utenza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2.2 – Personale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Indicare:</w:t>
      </w:r>
      <w:r w:rsidRPr="004769D5">
        <w:rPr>
          <w:rFonts w:ascii="Arial" w:hAnsi="Arial" w:cs="Arial"/>
        </w:rPr>
        <w:br/>
        <w:t>- numero e qualifica del personale che si intende impiegare</w:t>
      </w:r>
      <w:r w:rsidRPr="004769D5">
        <w:rPr>
          <w:rFonts w:ascii="Arial" w:hAnsi="Arial" w:cs="Arial"/>
        </w:rPr>
        <w:br/>
        <w:t>- modalità di impiego (dipendenti, collaboratori, volontari)</w:t>
      </w:r>
      <w:r w:rsidRPr="004769D5">
        <w:rPr>
          <w:rFonts w:ascii="Arial" w:hAnsi="Arial" w:cs="Arial"/>
        </w:rPr>
        <w:br/>
        <w:t>- competenze tecniche e sportive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2.3 – Servizi all'utenza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Descrivere:</w:t>
      </w:r>
      <w:r w:rsidRPr="004769D5">
        <w:rPr>
          <w:rFonts w:ascii="Arial" w:hAnsi="Arial" w:cs="Arial"/>
        </w:rPr>
        <w:br/>
        <w:t>- sistema di prenotazione e gestione accessi</w:t>
      </w:r>
      <w:r w:rsidRPr="004769D5">
        <w:rPr>
          <w:rFonts w:ascii="Arial" w:hAnsi="Arial" w:cs="Arial"/>
        </w:rPr>
        <w:br/>
        <w:t>- servizi informativi</w:t>
      </w:r>
      <w:r w:rsidRPr="004769D5">
        <w:rPr>
          <w:rFonts w:ascii="Arial" w:hAnsi="Arial" w:cs="Arial"/>
        </w:rPr>
        <w:br/>
        <w:t>- sistema di gestione reclami</w:t>
      </w:r>
      <w:r w:rsidRPr="004769D5">
        <w:rPr>
          <w:rFonts w:ascii="Arial" w:hAnsi="Arial" w:cs="Arial"/>
        </w:rPr>
        <w:br/>
        <w:t>- sistema di customer satisfaction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2.4 – Carta dei Servizi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Descrivere i contenuti principali della Carta dei Servizi che si intende adottare.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lastRenderedPageBreak/>
        <w:t>2.5 – Gestione amministrativa e rendicontazione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Descrivere le modalità di rendicontazione al Comune e di trasparenza gestionale.</w:t>
      </w:r>
    </w:p>
    <w:p w:rsidR="004D408B" w:rsidRPr="004769D5" w:rsidRDefault="004769D5" w:rsidP="004769D5">
      <w:pPr>
        <w:pStyle w:val="Titolo3"/>
        <w:rPr>
          <w:rFonts w:ascii="Arial" w:hAnsi="Arial" w:cs="Arial"/>
        </w:rPr>
      </w:pPr>
      <w:r w:rsidRPr="004769D5">
        <w:rPr>
          <w:rFonts w:ascii="Arial" w:hAnsi="Arial" w:cs="Arial"/>
          <w:color w:val="000000"/>
        </w:rPr>
        <w:t>SEZIONE 3 – PIANO DI MANUTENZIONE E INVESTIMENTI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3.1 – Piano di manutenzione ordinaria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Descrivere dettagliatamente:</w:t>
      </w:r>
      <w:r w:rsidRPr="004769D5">
        <w:rPr>
          <w:rFonts w:ascii="Arial" w:hAnsi="Arial" w:cs="Arial"/>
        </w:rPr>
        <w:br/>
        <w:t>- tipologia e frequenza degli interventi di manutenzione ordinaria</w:t>
      </w:r>
      <w:r w:rsidRPr="004769D5">
        <w:rPr>
          <w:rFonts w:ascii="Arial" w:hAnsi="Arial" w:cs="Arial"/>
        </w:rPr>
        <w:br/>
        <w:t>- manutenzione del campo (in terra battuta o in erba sintetica)</w:t>
      </w:r>
      <w:r w:rsidRPr="004769D5">
        <w:rPr>
          <w:rFonts w:ascii="Arial" w:hAnsi="Arial" w:cs="Arial"/>
        </w:rPr>
        <w:br/>
        <w:t>- manutenzione degli spogliatoi e locali accessori</w:t>
      </w:r>
      <w:r w:rsidRPr="004769D5">
        <w:rPr>
          <w:rFonts w:ascii="Arial" w:hAnsi="Arial" w:cs="Arial"/>
        </w:rPr>
        <w:br/>
        <w:t>- manutenzione degli impianti tecnologici</w:t>
      </w:r>
      <w:r w:rsidRPr="004769D5">
        <w:rPr>
          <w:rFonts w:ascii="Arial" w:hAnsi="Arial" w:cs="Arial"/>
        </w:rPr>
        <w:br/>
        <w:t>- manutenzione delle aree esterne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3.2 – Piano degli investimenti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Descrivere dettagliatamente:</w:t>
      </w:r>
      <w:r w:rsidRPr="004769D5">
        <w:rPr>
          <w:rFonts w:ascii="Arial" w:hAnsi="Arial" w:cs="Arial"/>
        </w:rPr>
        <w:br/>
        <w:t>- elenco, descrizione tecnica e quantificazione economica degli interventi di manutenzione straordinaria e riqualificazione proposti</w:t>
      </w:r>
      <w:r w:rsidRPr="004769D5">
        <w:rPr>
          <w:rFonts w:ascii="Arial" w:hAnsi="Arial" w:cs="Arial"/>
        </w:rPr>
        <w:br/>
        <w:t>- caratteristiche tecniche</w:t>
      </w:r>
      <w:r w:rsidRPr="004769D5">
        <w:rPr>
          <w:rFonts w:ascii="Arial" w:hAnsi="Arial" w:cs="Arial"/>
        </w:rPr>
        <w:br/>
        <w:t>- finalità perseguite (miglioramento sportivo, efficientamento energetico, abbattimento barriere, ecc.)</w:t>
      </w:r>
      <w:r w:rsidRPr="004769D5">
        <w:rPr>
          <w:rFonts w:ascii="Arial" w:hAnsi="Arial" w:cs="Arial"/>
        </w:rPr>
        <w:br/>
        <w:t>- conformità alle Norme CONI per l'impiantistica sportiva (ove applicabile)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3.3 – Cronoprogramma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Presentare il cronoprogramma dettagliato degli investimenti (fasi, tempistiche, attività).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3.4 – Modalità di finanziamento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Descrivere:</w:t>
      </w:r>
      <w:r w:rsidRPr="004769D5">
        <w:rPr>
          <w:rFonts w:ascii="Arial" w:hAnsi="Arial" w:cs="Arial"/>
        </w:rPr>
        <w:br/>
        <w:t>- modalità di finanziamento degli investimenti (risorse proprie, finanziamenti, leasing, ecc.)</w:t>
      </w:r>
      <w:r w:rsidRPr="004769D5">
        <w:rPr>
          <w:rFonts w:ascii="Arial" w:hAnsi="Arial" w:cs="Arial"/>
        </w:rPr>
        <w:br/>
        <w:t>- dimostrazione della sostenibilità finanziaria</w:t>
      </w:r>
    </w:p>
    <w:p w:rsidR="004D408B" w:rsidRPr="004769D5" w:rsidRDefault="004769D5" w:rsidP="004769D5">
      <w:pPr>
        <w:pStyle w:val="Titolo3"/>
        <w:rPr>
          <w:rFonts w:ascii="Arial" w:hAnsi="Arial" w:cs="Arial"/>
        </w:rPr>
      </w:pPr>
      <w:r w:rsidRPr="004769D5">
        <w:rPr>
          <w:rFonts w:ascii="Arial" w:hAnsi="Arial" w:cs="Arial"/>
          <w:color w:val="000000"/>
        </w:rPr>
        <w:t>SEZIONE 4 – SOSTENIBILITÀ AMBIENTALE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Descrivere:</w:t>
      </w:r>
      <w:r w:rsidRPr="004769D5">
        <w:rPr>
          <w:rFonts w:ascii="Arial" w:hAnsi="Arial" w:cs="Arial"/>
        </w:rPr>
        <w:br/>
        <w:t>- misure concrete per la riduzione dei consumi energetici (es. illuminazione LED, pannelli solari)</w:t>
      </w:r>
      <w:r w:rsidRPr="004769D5">
        <w:rPr>
          <w:rFonts w:ascii="Arial" w:hAnsi="Arial" w:cs="Arial"/>
        </w:rPr>
        <w:br/>
        <w:t>- misure per la riduzione dei consumi idrici</w:t>
      </w:r>
      <w:r w:rsidRPr="004769D5">
        <w:rPr>
          <w:rFonts w:ascii="Arial" w:hAnsi="Arial" w:cs="Arial"/>
        </w:rPr>
        <w:br/>
        <w:t>- sistema di gestione differenziata dei rifiuti</w:t>
      </w:r>
      <w:r w:rsidRPr="004769D5">
        <w:rPr>
          <w:rFonts w:ascii="Arial" w:hAnsi="Arial" w:cs="Arial"/>
        </w:rPr>
        <w:br/>
        <w:t>- utilizzo di materiali eco-compatibili</w:t>
      </w:r>
    </w:p>
    <w:p w:rsidR="004D408B" w:rsidRPr="004769D5" w:rsidRDefault="004769D5" w:rsidP="004769D5">
      <w:pPr>
        <w:pStyle w:val="Titolo3"/>
        <w:rPr>
          <w:rFonts w:ascii="Arial" w:hAnsi="Arial" w:cs="Arial"/>
        </w:rPr>
      </w:pPr>
      <w:r w:rsidRPr="004769D5">
        <w:rPr>
          <w:rFonts w:ascii="Arial" w:hAnsi="Arial" w:cs="Arial"/>
          <w:color w:val="000000"/>
        </w:rPr>
        <w:t>SEZIONE 5 – REGIME TARIFFARIO (senza indicare il canone)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Descrivere:</w:t>
      </w:r>
      <w:r w:rsidRPr="004769D5">
        <w:rPr>
          <w:rFonts w:ascii="Arial" w:hAnsi="Arial" w:cs="Arial"/>
        </w:rPr>
        <w:br/>
        <w:t>- struttura tariffaria proposta (tariffe per fascia oraria e tipologia di utenza)</w:t>
      </w:r>
      <w:r w:rsidRPr="004769D5">
        <w:rPr>
          <w:rFonts w:ascii="Arial" w:hAnsi="Arial" w:cs="Arial"/>
        </w:rPr>
        <w:br/>
        <w:t>- tariffe agevolate per categorie protette (indicare percentuali di riduzione)</w:t>
      </w:r>
      <w:r w:rsidRPr="004769D5">
        <w:rPr>
          <w:rFonts w:ascii="Arial" w:hAnsi="Arial" w:cs="Arial"/>
        </w:rPr>
        <w:br/>
        <w:t>- politica tariffaria complessiva</w:t>
      </w:r>
    </w:p>
    <w:p w:rsidR="004D408B" w:rsidRPr="004769D5" w:rsidRDefault="004769D5" w:rsidP="004769D5">
      <w:pPr>
        <w:jc w:val="both"/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ATTENZIONE: non indicare in questa sezione l'importo del canone annuo di concessione, che deve essere indicato ESCLUSIVAMENTE nell'Offerta Economica (Allegato 7).</w:t>
      </w:r>
    </w:p>
    <w:p w:rsidR="004D408B" w:rsidRPr="004769D5" w:rsidRDefault="004769D5" w:rsidP="004769D5">
      <w:pPr>
        <w:pStyle w:val="Titolo3"/>
        <w:rPr>
          <w:rFonts w:ascii="Arial" w:hAnsi="Arial" w:cs="Arial"/>
        </w:rPr>
      </w:pPr>
      <w:r w:rsidRPr="004769D5">
        <w:rPr>
          <w:rFonts w:ascii="Arial" w:hAnsi="Arial" w:cs="Arial"/>
          <w:color w:val="000000"/>
        </w:rPr>
        <w:lastRenderedPageBreak/>
        <w:t>SEZIONE 6 – DURATA DELLA CONCESSIONE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Indicare:</w:t>
      </w:r>
      <w:r w:rsidRPr="004769D5">
        <w:rPr>
          <w:rFonts w:ascii="Arial" w:hAnsi="Arial" w:cs="Arial"/>
        </w:rPr>
        <w:br/>
        <w:t>- durata della concessione richiesta (in anni)</w:t>
      </w:r>
      <w:r w:rsidRPr="004769D5">
        <w:rPr>
          <w:rFonts w:ascii="Arial" w:hAnsi="Arial" w:cs="Arial"/>
        </w:rPr>
        <w:br/>
        <w:t>- motivazione in relazione agli investimenti proposti e al periodo di ammortamento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ALLEGATI ALLA RELAZIONE (da allegare fuori dal conteggio delle 30 pagine):</w:t>
      </w:r>
    </w:p>
    <w:p w:rsidR="004D408B" w:rsidRPr="004769D5" w:rsidRDefault="004769D5" w:rsidP="004769D5">
      <w:pPr>
        <w:pStyle w:val="Puntoelenco"/>
        <w:rPr>
          <w:rFonts w:ascii="Arial" w:hAnsi="Arial" w:cs="Arial"/>
        </w:rPr>
      </w:pPr>
      <w:r w:rsidRPr="004769D5">
        <w:rPr>
          <w:rFonts w:ascii="Arial" w:hAnsi="Arial" w:cs="Arial"/>
        </w:rPr>
        <w:t>Allegato A – Piano Economico-Finanziario asseverato (redatto secondo lo schema tipo – Allegato 8)</w:t>
      </w:r>
    </w:p>
    <w:p w:rsidR="004D408B" w:rsidRDefault="004769D5" w:rsidP="004769D5">
      <w:pPr>
        <w:pStyle w:val="Puntoelenco"/>
        <w:rPr>
          <w:rFonts w:ascii="Arial" w:hAnsi="Arial" w:cs="Arial"/>
        </w:rPr>
      </w:pPr>
      <w:r w:rsidRPr="004769D5">
        <w:rPr>
          <w:rFonts w:ascii="Arial" w:hAnsi="Arial" w:cs="Arial"/>
        </w:rPr>
        <w:t>Allegato B – Altra documentazione tecnica a supporto</w:t>
      </w:r>
    </w:p>
    <w:p w:rsidR="004769D5" w:rsidRDefault="004769D5" w:rsidP="004769D5">
      <w:pPr>
        <w:pStyle w:val="Puntoelenco"/>
        <w:numPr>
          <w:ilvl w:val="0"/>
          <w:numId w:val="0"/>
        </w:numPr>
        <w:ind w:left="360" w:hanging="360"/>
        <w:rPr>
          <w:rFonts w:ascii="Arial" w:hAnsi="Arial" w:cs="Arial"/>
        </w:rPr>
      </w:pPr>
    </w:p>
    <w:p w:rsidR="004769D5" w:rsidRDefault="004769D5" w:rsidP="004769D5">
      <w:pPr>
        <w:pStyle w:val="Puntoelenco"/>
        <w:numPr>
          <w:ilvl w:val="0"/>
          <w:numId w:val="0"/>
        </w:numPr>
        <w:ind w:left="360" w:hanging="360"/>
        <w:rPr>
          <w:rFonts w:ascii="Arial" w:hAnsi="Arial" w:cs="Arial"/>
        </w:rPr>
      </w:pPr>
    </w:p>
    <w:p w:rsidR="004769D5" w:rsidRDefault="004769D5" w:rsidP="004769D5">
      <w:pPr>
        <w:pStyle w:val="Puntoelenco"/>
        <w:numPr>
          <w:ilvl w:val="0"/>
          <w:numId w:val="0"/>
        </w:numPr>
        <w:ind w:left="360" w:hanging="360"/>
        <w:rPr>
          <w:rFonts w:ascii="Arial" w:hAnsi="Arial" w:cs="Arial"/>
        </w:rPr>
      </w:pPr>
    </w:p>
    <w:p w:rsidR="004769D5" w:rsidRDefault="004769D5" w:rsidP="004769D5">
      <w:pPr>
        <w:pStyle w:val="Puntoelenco"/>
        <w:numPr>
          <w:ilvl w:val="0"/>
          <w:numId w:val="0"/>
        </w:numPr>
        <w:ind w:left="360" w:hanging="360"/>
        <w:rPr>
          <w:rFonts w:ascii="Arial" w:hAnsi="Arial" w:cs="Arial"/>
        </w:rPr>
      </w:pPr>
    </w:p>
    <w:p w:rsidR="004769D5" w:rsidRDefault="004769D5" w:rsidP="004769D5">
      <w:pPr>
        <w:pStyle w:val="Puntoelenco"/>
        <w:numPr>
          <w:ilvl w:val="0"/>
          <w:numId w:val="0"/>
        </w:numPr>
        <w:ind w:left="360" w:hanging="360"/>
        <w:rPr>
          <w:rFonts w:ascii="Arial" w:hAnsi="Arial" w:cs="Arial"/>
        </w:rPr>
      </w:pPr>
    </w:p>
    <w:p w:rsidR="004769D5" w:rsidRDefault="004769D5" w:rsidP="004769D5">
      <w:pPr>
        <w:pStyle w:val="Puntoelenco"/>
        <w:numPr>
          <w:ilvl w:val="0"/>
          <w:numId w:val="0"/>
        </w:numPr>
        <w:ind w:left="360" w:hanging="360"/>
        <w:rPr>
          <w:rFonts w:ascii="Arial" w:hAnsi="Arial" w:cs="Arial"/>
        </w:rPr>
      </w:pPr>
    </w:p>
    <w:p w:rsidR="004769D5" w:rsidRDefault="004769D5" w:rsidP="004769D5">
      <w:pPr>
        <w:pStyle w:val="Puntoelenco"/>
        <w:numPr>
          <w:ilvl w:val="0"/>
          <w:numId w:val="0"/>
        </w:numPr>
        <w:ind w:left="360" w:hanging="360"/>
        <w:rPr>
          <w:rFonts w:ascii="Arial" w:hAnsi="Arial" w:cs="Arial"/>
        </w:rPr>
      </w:pPr>
    </w:p>
    <w:p w:rsidR="004769D5" w:rsidRDefault="004769D5" w:rsidP="004769D5">
      <w:pPr>
        <w:pStyle w:val="Puntoelenco"/>
        <w:numPr>
          <w:ilvl w:val="0"/>
          <w:numId w:val="0"/>
        </w:numPr>
        <w:ind w:left="360" w:hanging="360"/>
        <w:rPr>
          <w:rFonts w:ascii="Arial" w:hAnsi="Arial" w:cs="Arial"/>
        </w:rPr>
      </w:pPr>
    </w:p>
    <w:p w:rsidR="004769D5" w:rsidRDefault="004769D5" w:rsidP="004769D5">
      <w:pPr>
        <w:pStyle w:val="Puntoelenco"/>
        <w:numPr>
          <w:ilvl w:val="0"/>
          <w:numId w:val="0"/>
        </w:numPr>
        <w:ind w:left="360" w:hanging="360"/>
        <w:rPr>
          <w:rFonts w:ascii="Arial" w:hAnsi="Arial" w:cs="Arial"/>
        </w:rPr>
      </w:pPr>
    </w:p>
    <w:p w:rsidR="004769D5" w:rsidRDefault="004769D5" w:rsidP="004769D5">
      <w:pPr>
        <w:pStyle w:val="Puntoelenco"/>
        <w:numPr>
          <w:ilvl w:val="0"/>
          <w:numId w:val="0"/>
        </w:numPr>
        <w:ind w:left="360" w:hanging="360"/>
        <w:rPr>
          <w:rFonts w:ascii="Arial" w:hAnsi="Arial" w:cs="Arial"/>
        </w:rPr>
      </w:pPr>
    </w:p>
    <w:p w:rsidR="004769D5" w:rsidRDefault="004769D5" w:rsidP="004769D5">
      <w:pPr>
        <w:pStyle w:val="Puntoelenco"/>
        <w:numPr>
          <w:ilvl w:val="0"/>
          <w:numId w:val="0"/>
        </w:numPr>
        <w:ind w:left="360" w:hanging="360"/>
        <w:rPr>
          <w:rFonts w:ascii="Arial" w:hAnsi="Arial" w:cs="Arial"/>
        </w:rPr>
      </w:pPr>
    </w:p>
    <w:p w:rsidR="004769D5" w:rsidRDefault="004769D5" w:rsidP="004769D5">
      <w:pPr>
        <w:pStyle w:val="Puntoelenco"/>
        <w:numPr>
          <w:ilvl w:val="0"/>
          <w:numId w:val="0"/>
        </w:numPr>
        <w:ind w:left="360" w:hanging="360"/>
        <w:rPr>
          <w:rFonts w:ascii="Arial" w:hAnsi="Arial" w:cs="Arial"/>
        </w:rPr>
      </w:pPr>
    </w:p>
    <w:p w:rsidR="004769D5" w:rsidRDefault="004769D5" w:rsidP="004769D5">
      <w:pPr>
        <w:pStyle w:val="Puntoelenco"/>
        <w:numPr>
          <w:ilvl w:val="0"/>
          <w:numId w:val="0"/>
        </w:numPr>
        <w:ind w:left="360" w:hanging="360"/>
        <w:rPr>
          <w:rFonts w:ascii="Arial" w:hAnsi="Arial" w:cs="Arial"/>
        </w:rPr>
      </w:pPr>
    </w:p>
    <w:p w:rsidR="004769D5" w:rsidRDefault="004769D5" w:rsidP="004769D5">
      <w:pPr>
        <w:pStyle w:val="Puntoelenco"/>
        <w:numPr>
          <w:ilvl w:val="0"/>
          <w:numId w:val="0"/>
        </w:numPr>
        <w:ind w:left="360" w:hanging="360"/>
        <w:rPr>
          <w:rFonts w:ascii="Arial" w:hAnsi="Arial" w:cs="Arial"/>
        </w:rPr>
      </w:pPr>
    </w:p>
    <w:p w:rsidR="004769D5" w:rsidRDefault="004769D5" w:rsidP="004769D5">
      <w:pPr>
        <w:pStyle w:val="Puntoelenco"/>
        <w:numPr>
          <w:ilvl w:val="0"/>
          <w:numId w:val="0"/>
        </w:numPr>
        <w:ind w:left="360" w:hanging="360"/>
        <w:rPr>
          <w:rFonts w:ascii="Arial" w:hAnsi="Arial" w:cs="Arial"/>
        </w:rPr>
      </w:pPr>
    </w:p>
    <w:p w:rsidR="004769D5" w:rsidRDefault="004769D5" w:rsidP="004769D5">
      <w:pPr>
        <w:pStyle w:val="Titolo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 wp14:anchorId="1CE2D100" wp14:editId="4478BD9F">
            <wp:extent cx="1905000" cy="19050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ma_del_Comun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9D5" w:rsidRDefault="004769D5" w:rsidP="004769D5">
      <w:pPr>
        <w:pStyle w:val="Titolo1"/>
        <w:rPr>
          <w:rFonts w:ascii="Arial" w:hAnsi="Arial" w:cs="Arial"/>
          <w:color w:val="000000"/>
        </w:rPr>
      </w:pPr>
    </w:p>
    <w:p w:rsidR="004769D5" w:rsidRPr="004769D5" w:rsidRDefault="004769D5" w:rsidP="004769D5">
      <w:pPr>
        <w:pStyle w:val="Titolo1"/>
        <w:jc w:val="center"/>
        <w:rPr>
          <w:rFonts w:ascii="Arial" w:hAnsi="Arial" w:cs="Arial"/>
          <w:b w:val="0"/>
          <w:i/>
        </w:rPr>
      </w:pPr>
      <w:r w:rsidRPr="004769D5">
        <w:rPr>
          <w:rFonts w:ascii="Arial" w:hAnsi="Arial" w:cs="Arial"/>
          <w:color w:val="000000"/>
        </w:rPr>
        <w:t xml:space="preserve">COMUNE DI ACI BONACCORSI </w:t>
      </w:r>
      <w:r>
        <w:rPr>
          <w:rFonts w:ascii="Arial" w:hAnsi="Arial" w:cs="Arial"/>
          <w:color w:val="000000"/>
        </w:rPr>
        <w:br/>
      </w:r>
      <w:r w:rsidRPr="004769D5">
        <w:rPr>
          <w:rFonts w:ascii="Arial" w:hAnsi="Arial" w:cs="Arial"/>
          <w:b w:val="0"/>
          <w:i/>
          <w:color w:val="000000"/>
        </w:rPr>
        <w:t>Città Metropolitana di Catania</w:t>
      </w:r>
    </w:p>
    <w:p w:rsidR="004769D5" w:rsidRPr="004769D5" w:rsidRDefault="004769D5" w:rsidP="004769D5">
      <w:pPr>
        <w:pStyle w:val="Titolo2"/>
        <w:jc w:val="center"/>
        <w:rPr>
          <w:rFonts w:ascii="Arial" w:hAnsi="Arial" w:cs="Arial"/>
          <w:sz w:val="32"/>
        </w:rPr>
      </w:pPr>
      <w:r w:rsidRPr="004769D5">
        <w:rPr>
          <w:rFonts w:ascii="Arial" w:hAnsi="Arial" w:cs="Arial"/>
          <w:color w:val="000000"/>
          <w:sz w:val="32"/>
        </w:rPr>
        <w:t>Area Affari Generali</w:t>
      </w:r>
    </w:p>
    <w:p w:rsidR="004769D5" w:rsidRPr="004769D5" w:rsidRDefault="004769D5" w:rsidP="004769D5">
      <w:pPr>
        <w:pStyle w:val="Puntoelenco"/>
        <w:numPr>
          <w:ilvl w:val="0"/>
          <w:numId w:val="0"/>
        </w:numPr>
        <w:ind w:left="360" w:hanging="360"/>
        <w:rPr>
          <w:rFonts w:ascii="Arial" w:hAnsi="Arial" w:cs="Arial"/>
        </w:rPr>
      </w:pPr>
    </w:p>
    <w:p w:rsidR="004D408B" w:rsidRPr="004769D5" w:rsidRDefault="004769D5" w:rsidP="004769D5">
      <w:pPr>
        <w:pStyle w:val="Titolo1"/>
        <w:rPr>
          <w:rFonts w:ascii="Arial" w:hAnsi="Arial" w:cs="Arial"/>
        </w:rPr>
      </w:pPr>
      <w:r w:rsidRPr="004769D5">
        <w:rPr>
          <w:rFonts w:ascii="Arial" w:hAnsi="Arial" w:cs="Arial"/>
          <w:color w:val="000000"/>
        </w:rPr>
        <w:t>ALLEGATO 7 – MODELLO OFFERTA ECONOMICA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PROCEDURA APERTA – CONCESSIONE GESTIONE CAMPO SPORTIVO COMUNALE – CIG: [●]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 xml:space="preserve">Il/La sottoscritto/a </w:t>
      </w: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i/>
        </w:rPr>
        <w:t xml:space="preserve">_ nato/a </w:t>
      </w:r>
      <w:proofErr w:type="spellStart"/>
      <w:r w:rsidRPr="004769D5">
        <w:rPr>
          <w:rFonts w:ascii="Arial" w:hAnsi="Arial" w:cs="Arial"/>
          <w:i/>
        </w:rPr>
        <w:t>a</w:t>
      </w:r>
      <w:proofErr w:type="spellEnd"/>
      <w:r w:rsidRPr="004769D5">
        <w:rPr>
          <w:rFonts w:ascii="Arial" w:hAnsi="Arial" w:cs="Arial"/>
          <w:i/>
        </w:rPr>
        <w:t xml:space="preserve"> 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b/>
        </w:rPr>
        <w:t>_</w:t>
      </w: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 xml:space="preserve">_ il </w:t>
      </w: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>_</w:t>
      </w:r>
      <w:r>
        <w:rPr>
          <w:rFonts w:ascii="Arial" w:hAnsi="Arial" w:cs="Arial"/>
        </w:rPr>
        <w:t>_</w:t>
      </w:r>
      <w:r w:rsidRPr="004769D5">
        <w:rPr>
          <w:rFonts w:ascii="Arial" w:hAnsi="Arial" w:cs="Arial"/>
        </w:rPr>
        <w:t>______, in qualità di legale rappresentante / procuratore di:</w:t>
      </w:r>
    </w:p>
    <w:p w:rsidR="004D408B" w:rsidRPr="004769D5" w:rsidRDefault="004769D5" w:rsidP="004769D5">
      <w:pPr>
        <w:rPr>
          <w:rFonts w:ascii="Arial" w:hAnsi="Arial" w:cs="Arial"/>
        </w:rPr>
      </w:pP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 xml:space="preserve">_ (C.F. </w:t>
      </w:r>
      <w:r w:rsidRPr="004769D5">
        <w:rPr>
          <w:rFonts w:ascii="Arial" w:hAnsi="Arial" w:cs="Arial"/>
          <w:i/>
        </w:rPr>
        <w:t>___</w:t>
      </w:r>
      <w:r w:rsidRPr="004769D5">
        <w:rPr>
          <w:rFonts w:ascii="Arial" w:hAnsi="Arial" w:cs="Arial"/>
        </w:rPr>
        <w:t>______)</w:t>
      </w:r>
    </w:p>
    <w:p w:rsidR="004D408B" w:rsidRPr="004769D5" w:rsidRDefault="004769D5" w:rsidP="004769D5">
      <w:pPr>
        <w:pStyle w:val="Titolo2"/>
        <w:rPr>
          <w:rFonts w:ascii="Arial" w:hAnsi="Arial" w:cs="Arial"/>
        </w:rPr>
      </w:pPr>
      <w:r w:rsidRPr="004769D5">
        <w:rPr>
          <w:rFonts w:ascii="Arial" w:hAnsi="Arial" w:cs="Arial"/>
          <w:color w:val="000000"/>
        </w:rPr>
        <w:t>OFFRE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A) CANONE ANNUO DI CONCESSIONE: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 xml:space="preserve">€ </w:t>
      </w: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  <w:r w:rsidRPr="004769D5">
        <w:rPr>
          <w:rFonts w:ascii="Arial" w:hAnsi="Arial" w:cs="Arial"/>
        </w:rPr>
        <w:t>___ /00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i/>
        </w:rPr>
        <w:t>(in lettere: _________</w:t>
      </w:r>
      <w:r w:rsidRPr="004769D5">
        <w:rPr>
          <w:rFonts w:ascii="Arial" w:hAnsi="Arial" w:cs="Arial"/>
        </w:rPr>
        <w:t>_ euro)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B) VALORE COMPLESSIVO DEGLI INVESTIMENTI: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 xml:space="preserve">€ </w:t>
      </w: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  <w:r w:rsidRPr="004769D5">
        <w:rPr>
          <w:rFonts w:ascii="Arial" w:hAnsi="Arial" w:cs="Arial"/>
        </w:rPr>
        <w:t>___ /00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i/>
        </w:rPr>
        <w:t>(in lettere: _________</w:t>
      </w:r>
      <w:r w:rsidRPr="004769D5">
        <w:rPr>
          <w:rFonts w:ascii="Arial" w:hAnsi="Arial" w:cs="Arial"/>
        </w:rPr>
        <w:t>_ euro)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di cui:</w:t>
      </w:r>
      <w:r w:rsidRPr="004769D5">
        <w:rPr>
          <w:rFonts w:ascii="Arial" w:hAnsi="Arial" w:cs="Arial"/>
        </w:rPr>
        <w:br/>
        <w:t xml:space="preserve">- investimenti in manutenzione straordinaria e riqualificazione: € </w:t>
      </w: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  <w:r w:rsidRPr="004769D5">
        <w:rPr>
          <w:rFonts w:ascii="Arial" w:hAnsi="Arial" w:cs="Arial"/>
        </w:rPr>
        <w:br/>
        <w:t xml:space="preserve">- investimenti in attrezzature e dotazioni: € </w:t>
      </w: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C) TARIFFE PROPOSTE: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4D408B" w:rsidRPr="004769D5">
        <w:tc>
          <w:tcPr>
            <w:tcW w:w="432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  <w:b/>
              </w:rPr>
              <w:lastRenderedPageBreak/>
              <w:t>Tipologia</w:t>
            </w:r>
          </w:p>
        </w:tc>
        <w:tc>
          <w:tcPr>
            <w:tcW w:w="432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  <w:b/>
              </w:rPr>
              <w:t>Tariffa proposta</w:t>
            </w:r>
          </w:p>
        </w:tc>
      </w:tr>
      <w:tr w:rsidR="004D408B" w:rsidRPr="004769D5">
        <w:tc>
          <w:tcPr>
            <w:tcW w:w="432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Tariffa oraria campo a 11 – fascia diurna</w:t>
            </w:r>
          </w:p>
        </w:tc>
        <w:tc>
          <w:tcPr>
            <w:tcW w:w="432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 ______/ora</w:t>
            </w:r>
          </w:p>
        </w:tc>
      </w:tr>
      <w:tr w:rsidR="004D408B" w:rsidRPr="004769D5">
        <w:tc>
          <w:tcPr>
            <w:tcW w:w="432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Tariffa oraria campo a 11 – fascia serale/notturna</w:t>
            </w:r>
          </w:p>
        </w:tc>
        <w:tc>
          <w:tcPr>
            <w:tcW w:w="432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 ______/ora</w:t>
            </w:r>
          </w:p>
        </w:tc>
      </w:tr>
    </w:tbl>
    <w:p w:rsidR="004D408B" w:rsidRPr="004769D5" w:rsidRDefault="004D408B" w:rsidP="004769D5">
      <w:pPr>
        <w:rPr>
          <w:rFonts w:ascii="Arial" w:hAnsi="Arial" w:cs="Arial"/>
        </w:rPr>
      </w:pP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D) TARIFFE AGEVOLATE (riduzione % sulla tariffa piena):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4D408B" w:rsidRPr="004769D5">
        <w:tc>
          <w:tcPr>
            <w:tcW w:w="432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  <w:b/>
              </w:rPr>
              <w:t>Categoria</w:t>
            </w:r>
          </w:p>
        </w:tc>
        <w:tc>
          <w:tcPr>
            <w:tcW w:w="432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  <w:b/>
              </w:rPr>
              <w:t>Riduzione proposta</w:t>
            </w:r>
          </w:p>
        </w:tc>
      </w:tr>
      <w:tr w:rsidR="004D408B" w:rsidRPr="004769D5">
        <w:tc>
          <w:tcPr>
            <w:tcW w:w="432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Minori fino a 16 anni</w:t>
            </w:r>
          </w:p>
        </w:tc>
        <w:tc>
          <w:tcPr>
            <w:tcW w:w="432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____%</w:t>
            </w:r>
          </w:p>
        </w:tc>
      </w:tr>
      <w:tr w:rsidR="004D408B" w:rsidRPr="004769D5">
        <w:tc>
          <w:tcPr>
            <w:tcW w:w="432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Studenti</w:t>
            </w:r>
          </w:p>
        </w:tc>
        <w:tc>
          <w:tcPr>
            <w:tcW w:w="432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____%</w:t>
            </w:r>
          </w:p>
        </w:tc>
      </w:tr>
      <w:tr w:rsidR="004D408B" w:rsidRPr="004769D5">
        <w:tc>
          <w:tcPr>
            <w:tcW w:w="432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Anziani oltre 65 anni</w:t>
            </w:r>
          </w:p>
        </w:tc>
        <w:tc>
          <w:tcPr>
            <w:tcW w:w="432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____%</w:t>
            </w:r>
          </w:p>
        </w:tc>
      </w:tr>
      <w:tr w:rsidR="004D408B" w:rsidRPr="004769D5">
        <w:tc>
          <w:tcPr>
            <w:tcW w:w="432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Persone con disabilità</w:t>
            </w:r>
          </w:p>
        </w:tc>
        <w:tc>
          <w:tcPr>
            <w:tcW w:w="432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____%</w:t>
            </w:r>
          </w:p>
        </w:tc>
      </w:tr>
      <w:tr w:rsidR="004D408B" w:rsidRPr="004769D5">
        <w:tc>
          <w:tcPr>
            <w:tcW w:w="432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Residenti Comune di Aci Bonaccorsi</w:t>
            </w:r>
          </w:p>
        </w:tc>
        <w:tc>
          <w:tcPr>
            <w:tcW w:w="432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____%</w:t>
            </w:r>
          </w:p>
        </w:tc>
      </w:tr>
    </w:tbl>
    <w:p w:rsidR="004D408B" w:rsidRPr="004769D5" w:rsidRDefault="004D408B" w:rsidP="004769D5">
      <w:pPr>
        <w:rPr>
          <w:rFonts w:ascii="Arial" w:hAnsi="Arial" w:cs="Arial"/>
        </w:rPr>
      </w:pP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E) DURATA RICHIESTA: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______ anni</w:t>
      </w:r>
    </w:p>
    <w:p w:rsidR="004D408B" w:rsidRPr="004769D5" w:rsidRDefault="004769D5" w:rsidP="004769D5">
      <w:pPr>
        <w:pStyle w:val="Titolo2"/>
        <w:rPr>
          <w:rFonts w:ascii="Arial" w:hAnsi="Arial" w:cs="Arial"/>
        </w:rPr>
      </w:pPr>
      <w:r w:rsidRPr="004769D5">
        <w:rPr>
          <w:rFonts w:ascii="Arial" w:hAnsi="Arial" w:cs="Arial"/>
          <w:color w:val="000000"/>
        </w:rPr>
        <w:t>DICHIARA</w:t>
      </w:r>
    </w:p>
    <w:p w:rsidR="004D408B" w:rsidRPr="004769D5" w:rsidRDefault="004769D5" w:rsidP="004769D5">
      <w:pPr>
        <w:pStyle w:val="Puntoelenco"/>
        <w:rPr>
          <w:rFonts w:ascii="Arial" w:hAnsi="Arial" w:cs="Arial"/>
        </w:rPr>
      </w:pPr>
      <w:r w:rsidRPr="004769D5">
        <w:rPr>
          <w:rFonts w:ascii="Arial" w:hAnsi="Arial" w:cs="Arial"/>
        </w:rPr>
        <w:t>che l'offerta è irrevocabile per 180 giorni dal termine di presentazione;</w:t>
      </w:r>
    </w:p>
    <w:p w:rsidR="004D408B" w:rsidRPr="004769D5" w:rsidRDefault="004769D5" w:rsidP="004769D5">
      <w:pPr>
        <w:pStyle w:val="Puntoelenco"/>
        <w:rPr>
          <w:rFonts w:ascii="Arial" w:hAnsi="Arial" w:cs="Arial"/>
        </w:rPr>
      </w:pPr>
      <w:r w:rsidRPr="004769D5">
        <w:rPr>
          <w:rFonts w:ascii="Arial" w:hAnsi="Arial" w:cs="Arial"/>
        </w:rPr>
        <w:t>di accettare le tariffe massime e le agevolazioni minime previste dal Bando e dal Capitolato;</w:t>
      </w:r>
    </w:p>
    <w:p w:rsidR="004D408B" w:rsidRPr="004769D5" w:rsidRDefault="004769D5" w:rsidP="004769D5">
      <w:pPr>
        <w:pStyle w:val="Puntoelenco"/>
        <w:rPr>
          <w:rFonts w:ascii="Arial" w:hAnsi="Arial" w:cs="Arial"/>
        </w:rPr>
      </w:pPr>
      <w:r w:rsidRPr="004769D5">
        <w:rPr>
          <w:rFonts w:ascii="Arial" w:hAnsi="Arial" w:cs="Arial"/>
        </w:rPr>
        <w:t>che il Piano Economico-Finanziario asseverato allegato dà conto della sostenibilità dei valori qui offerti.</w:t>
      </w:r>
    </w:p>
    <w:p w:rsidR="004D408B" w:rsidRPr="004769D5" w:rsidRDefault="004769D5" w:rsidP="004769D5">
      <w:pPr>
        <w:rPr>
          <w:rFonts w:ascii="Arial" w:hAnsi="Arial" w:cs="Arial"/>
        </w:rPr>
      </w:pPr>
      <w:r>
        <w:rPr>
          <w:rFonts w:ascii="Arial" w:hAnsi="Arial" w:cs="Arial"/>
          <w:b/>
        </w:rPr>
        <w:t>Luogo e data</w:t>
      </w:r>
    </w:p>
    <w:p w:rsidR="004D408B" w:rsidRPr="004769D5" w:rsidRDefault="004769D5" w:rsidP="004769D5">
      <w:pPr>
        <w:jc w:val="right"/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IL LEGALE RAPPRESENTANTE / PROCURATORE</w:t>
      </w:r>
    </w:p>
    <w:p w:rsidR="004D408B" w:rsidRPr="004769D5" w:rsidRDefault="004769D5" w:rsidP="004769D5">
      <w:pPr>
        <w:jc w:val="right"/>
        <w:rPr>
          <w:rFonts w:ascii="Arial" w:hAnsi="Arial" w:cs="Arial"/>
        </w:rPr>
      </w:pPr>
      <w:r w:rsidRPr="004769D5">
        <w:rPr>
          <w:rFonts w:ascii="Arial" w:hAnsi="Arial" w:cs="Arial"/>
          <w:i/>
        </w:rPr>
        <w:t>(Firma digitale)</w:t>
      </w:r>
    </w:p>
    <w:p w:rsidR="004769D5" w:rsidRDefault="004769D5" w:rsidP="004769D5">
      <w:pPr>
        <w:pStyle w:val="Titolo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 wp14:anchorId="1CE2D100" wp14:editId="4478BD9F">
            <wp:extent cx="1905000" cy="19050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ma_del_Comun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9D5" w:rsidRDefault="004769D5" w:rsidP="004769D5">
      <w:pPr>
        <w:pStyle w:val="Titolo1"/>
        <w:rPr>
          <w:rFonts w:ascii="Arial" w:hAnsi="Arial" w:cs="Arial"/>
          <w:color w:val="000000"/>
        </w:rPr>
      </w:pPr>
    </w:p>
    <w:p w:rsidR="004769D5" w:rsidRPr="004769D5" w:rsidRDefault="004769D5" w:rsidP="004769D5">
      <w:pPr>
        <w:pStyle w:val="Titolo1"/>
        <w:jc w:val="center"/>
        <w:rPr>
          <w:rFonts w:ascii="Arial" w:hAnsi="Arial" w:cs="Arial"/>
          <w:b w:val="0"/>
          <w:i/>
        </w:rPr>
      </w:pPr>
      <w:r w:rsidRPr="004769D5">
        <w:rPr>
          <w:rFonts w:ascii="Arial" w:hAnsi="Arial" w:cs="Arial"/>
          <w:color w:val="000000"/>
        </w:rPr>
        <w:t xml:space="preserve">COMUNE DI ACI BONACCORSI </w:t>
      </w:r>
      <w:r>
        <w:rPr>
          <w:rFonts w:ascii="Arial" w:hAnsi="Arial" w:cs="Arial"/>
          <w:color w:val="000000"/>
        </w:rPr>
        <w:br/>
      </w:r>
      <w:r w:rsidRPr="004769D5">
        <w:rPr>
          <w:rFonts w:ascii="Arial" w:hAnsi="Arial" w:cs="Arial"/>
          <w:b w:val="0"/>
          <w:i/>
          <w:color w:val="000000"/>
        </w:rPr>
        <w:t>Città Metropolitana di Catania</w:t>
      </w:r>
    </w:p>
    <w:p w:rsidR="004769D5" w:rsidRPr="004769D5" w:rsidRDefault="004769D5" w:rsidP="004769D5">
      <w:pPr>
        <w:pStyle w:val="Titolo2"/>
        <w:jc w:val="center"/>
        <w:rPr>
          <w:rFonts w:ascii="Arial" w:hAnsi="Arial" w:cs="Arial"/>
          <w:sz w:val="32"/>
        </w:rPr>
      </w:pPr>
      <w:r w:rsidRPr="004769D5">
        <w:rPr>
          <w:rFonts w:ascii="Arial" w:hAnsi="Arial" w:cs="Arial"/>
          <w:color w:val="000000"/>
          <w:sz w:val="32"/>
        </w:rPr>
        <w:t>Area Affari Generali</w:t>
      </w:r>
    </w:p>
    <w:p w:rsidR="004769D5" w:rsidRDefault="004769D5" w:rsidP="004769D5">
      <w:pPr>
        <w:pStyle w:val="Titolo1"/>
        <w:rPr>
          <w:rFonts w:ascii="Arial" w:hAnsi="Arial" w:cs="Arial"/>
          <w:color w:val="000000"/>
        </w:rPr>
      </w:pPr>
    </w:p>
    <w:p w:rsidR="004D408B" w:rsidRPr="004769D5" w:rsidRDefault="004769D5" w:rsidP="004769D5">
      <w:pPr>
        <w:pStyle w:val="Titolo1"/>
        <w:rPr>
          <w:rFonts w:ascii="Arial" w:hAnsi="Arial" w:cs="Arial"/>
        </w:rPr>
      </w:pPr>
      <w:r w:rsidRPr="004769D5">
        <w:rPr>
          <w:rFonts w:ascii="Arial" w:hAnsi="Arial" w:cs="Arial"/>
          <w:color w:val="000000"/>
        </w:rPr>
        <w:t>ALLEGATO 8 – SCHEMA TIPO PIANO ECONOMICO-FINANZIARIO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  <w:b/>
        </w:rPr>
        <w:t>PROCEDURA APERTA – CONCESSIONE GESTIONE CAMPO SPORTIVO COMUNALE – CIG: [●]</w:t>
      </w:r>
    </w:p>
    <w:p w:rsidR="004D408B" w:rsidRPr="004769D5" w:rsidRDefault="004769D5" w:rsidP="004769D5">
      <w:pPr>
        <w:pStyle w:val="Titolo2"/>
        <w:rPr>
          <w:rFonts w:ascii="Arial" w:hAnsi="Arial" w:cs="Arial"/>
        </w:rPr>
      </w:pPr>
      <w:r w:rsidRPr="004769D5">
        <w:rPr>
          <w:rFonts w:ascii="Arial" w:hAnsi="Arial" w:cs="Arial"/>
          <w:color w:val="000000"/>
        </w:rPr>
        <w:t>ISTRUZIONI PER LA REDAZIONE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Il Piano Economico-Finanziario (PEF) costituisce, come affermato dalla giurisprudenza, "lo strumento mediante il quale si attua la concreta distribuzione del rischio operativo tra concedente e concessionario" (cfr. Consiglio di Stato, n. 7127/2025).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 xml:space="preserve">Il PEF deve essere </w:t>
      </w:r>
      <w:r w:rsidRPr="004769D5">
        <w:rPr>
          <w:rFonts w:ascii="Arial" w:hAnsi="Arial" w:cs="Arial"/>
          <w:b/>
        </w:rPr>
        <w:t>asseverato</w:t>
      </w:r>
      <w:r w:rsidRPr="004769D5">
        <w:rPr>
          <w:rFonts w:ascii="Arial" w:hAnsi="Arial" w:cs="Arial"/>
        </w:rPr>
        <w:t xml:space="preserve"> da un istituto di credito, da una società di servizi iscritta nell'albo degli intermediari finanziari (art. 106 d.lgs. 385/1993), da una società di revisione o da un revisore legale.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Il PEF deve coprire l'intera durata della concessione proposta.</w:t>
      </w:r>
    </w:p>
    <w:p w:rsidR="004D408B" w:rsidRPr="004769D5" w:rsidRDefault="004769D5" w:rsidP="004769D5">
      <w:pPr>
        <w:pStyle w:val="Titolo2"/>
        <w:rPr>
          <w:rFonts w:ascii="Arial" w:hAnsi="Arial" w:cs="Arial"/>
        </w:rPr>
      </w:pPr>
      <w:r w:rsidRPr="004769D5">
        <w:rPr>
          <w:rFonts w:ascii="Arial" w:hAnsi="Arial" w:cs="Arial"/>
          <w:color w:val="000000"/>
        </w:rPr>
        <w:t>SEZIONE 1 – IPOTESI DI BASE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Indicare le ipotesi assunte per la redazione del PEF:</w:t>
      </w:r>
      <w:r w:rsidRPr="004769D5">
        <w:rPr>
          <w:rFonts w:ascii="Arial" w:hAnsi="Arial" w:cs="Arial"/>
        </w:rPr>
        <w:br/>
        <w:t>- durata della concessione</w:t>
      </w:r>
      <w:r w:rsidRPr="004769D5">
        <w:rPr>
          <w:rFonts w:ascii="Arial" w:hAnsi="Arial" w:cs="Arial"/>
        </w:rPr>
        <w:br/>
        <w:t>- tasso di inflazione programmata</w:t>
      </w:r>
      <w:r w:rsidRPr="004769D5">
        <w:rPr>
          <w:rFonts w:ascii="Arial" w:hAnsi="Arial" w:cs="Arial"/>
        </w:rPr>
        <w:br/>
        <w:t>- tasso di interesse per finanziamenti</w:t>
      </w:r>
      <w:r w:rsidRPr="004769D5">
        <w:rPr>
          <w:rFonts w:ascii="Arial" w:hAnsi="Arial" w:cs="Arial"/>
        </w:rPr>
        <w:br/>
        <w:t>- WACC (Weighted Average Cost of Capital) ipotizzato</w:t>
      </w:r>
      <w:r w:rsidRPr="004769D5">
        <w:rPr>
          <w:rFonts w:ascii="Arial" w:hAnsi="Arial" w:cs="Arial"/>
        </w:rPr>
        <w:br/>
        <w:t>- ore di utilizzo annuo stimate</w:t>
      </w:r>
      <w:r w:rsidRPr="004769D5">
        <w:rPr>
          <w:rFonts w:ascii="Arial" w:hAnsi="Arial" w:cs="Arial"/>
        </w:rPr>
        <w:br/>
        <w:t>- tariffe ipotizzate</w:t>
      </w:r>
      <w:r w:rsidRPr="004769D5">
        <w:rPr>
          <w:rFonts w:ascii="Arial" w:hAnsi="Arial" w:cs="Arial"/>
        </w:rPr>
        <w:br/>
        <w:t>- altre ipotesi rilevanti</w:t>
      </w:r>
    </w:p>
    <w:p w:rsidR="004D408B" w:rsidRPr="004769D5" w:rsidRDefault="004769D5" w:rsidP="004769D5">
      <w:pPr>
        <w:pStyle w:val="Titolo2"/>
        <w:rPr>
          <w:rFonts w:ascii="Arial" w:hAnsi="Arial" w:cs="Arial"/>
        </w:rPr>
      </w:pPr>
      <w:r w:rsidRPr="004769D5">
        <w:rPr>
          <w:rFonts w:ascii="Arial" w:hAnsi="Arial" w:cs="Arial"/>
          <w:color w:val="000000"/>
        </w:rPr>
        <w:lastRenderedPageBreak/>
        <w:t>SEZIONE 2 – PIANO DEGLI INVESTIMENTI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4D408B" w:rsidRPr="004769D5">
        <w:tc>
          <w:tcPr>
            <w:tcW w:w="216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  <w:b/>
              </w:rPr>
              <w:t>Anno</w:t>
            </w:r>
          </w:p>
        </w:tc>
        <w:tc>
          <w:tcPr>
            <w:tcW w:w="216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  <w:b/>
              </w:rPr>
              <w:t>Descrizione investimento</w:t>
            </w:r>
          </w:p>
        </w:tc>
        <w:tc>
          <w:tcPr>
            <w:tcW w:w="216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  <w:b/>
              </w:rPr>
              <w:t>Importo</w:t>
            </w:r>
          </w:p>
        </w:tc>
        <w:tc>
          <w:tcPr>
            <w:tcW w:w="216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  <w:b/>
              </w:rPr>
              <w:t>Modalità di finanziamento</w:t>
            </w:r>
          </w:p>
        </w:tc>
      </w:tr>
      <w:tr w:rsidR="004D408B" w:rsidRPr="004769D5">
        <w:tc>
          <w:tcPr>
            <w:tcW w:w="216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1</w:t>
            </w:r>
          </w:p>
        </w:tc>
        <w:tc>
          <w:tcPr>
            <w:tcW w:w="2160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2160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D408B" w:rsidRPr="004769D5">
        <w:tc>
          <w:tcPr>
            <w:tcW w:w="216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2</w:t>
            </w:r>
          </w:p>
        </w:tc>
        <w:tc>
          <w:tcPr>
            <w:tcW w:w="2160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2160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D408B" w:rsidRPr="004769D5">
        <w:tc>
          <w:tcPr>
            <w:tcW w:w="216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...</w:t>
            </w:r>
          </w:p>
        </w:tc>
        <w:tc>
          <w:tcPr>
            <w:tcW w:w="2160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2160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D408B" w:rsidRPr="004769D5">
        <w:tc>
          <w:tcPr>
            <w:tcW w:w="216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TOTALE</w:t>
            </w:r>
          </w:p>
        </w:tc>
        <w:tc>
          <w:tcPr>
            <w:tcW w:w="2160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2160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4D408B" w:rsidRPr="004769D5" w:rsidRDefault="004D408B" w:rsidP="004769D5">
      <w:pPr>
        <w:rPr>
          <w:rFonts w:ascii="Arial" w:hAnsi="Arial" w:cs="Arial"/>
        </w:rPr>
      </w:pPr>
    </w:p>
    <w:p w:rsidR="004D408B" w:rsidRPr="004769D5" w:rsidRDefault="004769D5" w:rsidP="004769D5">
      <w:pPr>
        <w:pStyle w:val="Titolo2"/>
        <w:rPr>
          <w:rFonts w:ascii="Arial" w:hAnsi="Arial" w:cs="Arial"/>
        </w:rPr>
      </w:pPr>
      <w:r w:rsidRPr="004769D5">
        <w:rPr>
          <w:rFonts w:ascii="Arial" w:hAnsi="Arial" w:cs="Arial"/>
          <w:color w:val="000000"/>
        </w:rPr>
        <w:t>SEZIONE 3 – CONTO ECONOMICO PREVISIONALE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43"/>
        <w:gridCol w:w="1728"/>
        <w:gridCol w:w="1728"/>
        <w:gridCol w:w="1728"/>
        <w:gridCol w:w="1728"/>
      </w:tblGrid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  <w:b/>
              </w:rPr>
              <w:t>Voce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  <w:b/>
              </w:rPr>
              <w:t>Anno 1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  <w:b/>
              </w:rPr>
              <w:t>Anno 2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  <w:b/>
              </w:rPr>
              <w:t>...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  <w:b/>
              </w:rPr>
              <w:t>Anno n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RICAVI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Ricavi da tariffe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Ricavi da attività accessorie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Ricavi da sponsorizzazioni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Altri ricavi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TOTALE RICAVI (A)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COSTI OPERATIVI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Personale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Manutenzione ordinaria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Utenze (energia, acqua, gas)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Assicurazioni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Canone di concessione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Altri costi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TOTALE COSTI OPERATIVI (B)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MARGINE OPERATIVO LORDO (A–B)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Ammortamenti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Oneri finanziari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RISULTATO ANTE IMPOSTE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Imposte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 xml:space="preserve">RISULTATO </w:t>
            </w:r>
            <w:r w:rsidRPr="004769D5">
              <w:rPr>
                <w:rFonts w:ascii="Arial" w:hAnsi="Arial" w:cs="Arial"/>
              </w:rPr>
              <w:lastRenderedPageBreak/>
              <w:t>NETTO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lastRenderedPageBreak/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</w:tbl>
    <w:p w:rsidR="004D408B" w:rsidRPr="004769D5" w:rsidRDefault="004D408B" w:rsidP="004769D5">
      <w:pPr>
        <w:rPr>
          <w:rFonts w:ascii="Arial" w:hAnsi="Arial" w:cs="Arial"/>
        </w:rPr>
      </w:pPr>
    </w:p>
    <w:p w:rsidR="004D408B" w:rsidRPr="004769D5" w:rsidRDefault="004769D5" w:rsidP="004769D5">
      <w:pPr>
        <w:pStyle w:val="Titolo2"/>
        <w:rPr>
          <w:rFonts w:ascii="Arial" w:hAnsi="Arial" w:cs="Arial"/>
        </w:rPr>
      </w:pPr>
      <w:r w:rsidRPr="004769D5">
        <w:rPr>
          <w:rFonts w:ascii="Arial" w:hAnsi="Arial" w:cs="Arial"/>
          <w:color w:val="000000"/>
        </w:rPr>
        <w:t>SEZIONE 4 – RENDICONTO FINANZIARIO PREVISIONALE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  <w:b/>
              </w:rPr>
              <w:t>Voce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  <w:b/>
              </w:rPr>
              <w:t>Anno 1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  <w:b/>
              </w:rPr>
              <w:t>Anno 2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  <w:b/>
              </w:rPr>
              <w:t>...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  <w:b/>
              </w:rPr>
              <w:t>Anno n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Flusso di cassa operativo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Flusso di cassa da investimenti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Flusso di cassa da finanziamenti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FLUSSO DI CASSA NETTO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Cassa iniziale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  <w:tr w:rsidR="004D408B" w:rsidRPr="004769D5"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CASSA FINALE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  <w:tc>
          <w:tcPr>
            <w:tcW w:w="1728" w:type="dxa"/>
          </w:tcPr>
          <w:p w:rsidR="004D408B" w:rsidRPr="004769D5" w:rsidRDefault="004D408B" w:rsidP="004769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28" w:type="dxa"/>
          </w:tcPr>
          <w:p w:rsidR="004D408B" w:rsidRPr="004769D5" w:rsidRDefault="004769D5" w:rsidP="004769D5">
            <w:pPr>
              <w:spacing w:line="276" w:lineRule="auto"/>
              <w:rPr>
                <w:rFonts w:ascii="Arial" w:hAnsi="Arial" w:cs="Arial"/>
              </w:rPr>
            </w:pPr>
            <w:r w:rsidRPr="004769D5">
              <w:rPr>
                <w:rFonts w:ascii="Arial" w:hAnsi="Arial" w:cs="Arial"/>
              </w:rPr>
              <w:t>€</w:t>
            </w:r>
          </w:p>
        </w:tc>
      </w:tr>
    </w:tbl>
    <w:p w:rsidR="004D408B" w:rsidRPr="004769D5" w:rsidRDefault="004D408B" w:rsidP="004769D5">
      <w:pPr>
        <w:rPr>
          <w:rFonts w:ascii="Arial" w:hAnsi="Arial" w:cs="Arial"/>
        </w:rPr>
      </w:pPr>
    </w:p>
    <w:p w:rsidR="004D408B" w:rsidRPr="004769D5" w:rsidRDefault="004769D5" w:rsidP="004769D5">
      <w:pPr>
        <w:pStyle w:val="Titolo2"/>
        <w:rPr>
          <w:rFonts w:ascii="Arial" w:hAnsi="Arial" w:cs="Arial"/>
        </w:rPr>
      </w:pPr>
      <w:r w:rsidRPr="004769D5">
        <w:rPr>
          <w:rFonts w:ascii="Arial" w:hAnsi="Arial" w:cs="Arial"/>
          <w:color w:val="000000"/>
        </w:rPr>
        <w:t>SEZIONE 5 – INDICATORI DI REDDITIVITÀ</w:t>
      </w:r>
    </w:p>
    <w:p w:rsidR="004D408B" w:rsidRPr="004769D5" w:rsidRDefault="004769D5" w:rsidP="004769D5">
      <w:pPr>
        <w:pStyle w:val="Puntoelenco"/>
        <w:rPr>
          <w:rFonts w:ascii="Arial" w:hAnsi="Arial" w:cs="Arial"/>
        </w:rPr>
      </w:pPr>
      <w:r w:rsidRPr="004769D5">
        <w:rPr>
          <w:rFonts w:ascii="Arial" w:hAnsi="Arial" w:cs="Arial"/>
        </w:rPr>
        <w:t>TIR (Tasso Interno di Rendimento) di progetto: _____%</w:t>
      </w:r>
    </w:p>
    <w:p w:rsidR="004D408B" w:rsidRPr="004769D5" w:rsidRDefault="004769D5" w:rsidP="004769D5">
      <w:pPr>
        <w:pStyle w:val="Puntoelenco"/>
        <w:rPr>
          <w:rFonts w:ascii="Arial" w:hAnsi="Arial" w:cs="Arial"/>
        </w:rPr>
      </w:pPr>
      <w:r w:rsidRPr="004769D5">
        <w:rPr>
          <w:rFonts w:ascii="Arial" w:hAnsi="Arial" w:cs="Arial"/>
        </w:rPr>
        <w:t>TIR degli azionisti: _____%</w:t>
      </w:r>
    </w:p>
    <w:p w:rsidR="004D408B" w:rsidRPr="004769D5" w:rsidRDefault="004769D5" w:rsidP="004769D5">
      <w:pPr>
        <w:pStyle w:val="Puntoelenco"/>
        <w:rPr>
          <w:rFonts w:ascii="Arial" w:hAnsi="Arial" w:cs="Arial"/>
        </w:rPr>
      </w:pPr>
      <w:r w:rsidRPr="004769D5">
        <w:rPr>
          <w:rFonts w:ascii="Arial" w:hAnsi="Arial" w:cs="Arial"/>
        </w:rPr>
        <w:t>VAN (Valore Attuale Netto): € ___</w:t>
      </w:r>
    </w:p>
    <w:p w:rsidR="004D408B" w:rsidRPr="004769D5" w:rsidRDefault="004769D5" w:rsidP="004769D5">
      <w:pPr>
        <w:pStyle w:val="Puntoelenco"/>
        <w:rPr>
          <w:rFonts w:ascii="Arial" w:hAnsi="Arial" w:cs="Arial"/>
        </w:rPr>
      </w:pPr>
      <w:r w:rsidRPr="004769D5">
        <w:rPr>
          <w:rFonts w:ascii="Arial" w:hAnsi="Arial" w:cs="Arial"/>
        </w:rPr>
        <w:t>WACC: _____%</w:t>
      </w:r>
    </w:p>
    <w:p w:rsidR="004D408B" w:rsidRPr="004769D5" w:rsidRDefault="004769D5" w:rsidP="004769D5">
      <w:pPr>
        <w:pStyle w:val="Titolo2"/>
        <w:rPr>
          <w:rFonts w:ascii="Arial" w:hAnsi="Arial" w:cs="Arial"/>
        </w:rPr>
      </w:pPr>
      <w:r w:rsidRPr="004769D5">
        <w:rPr>
          <w:rFonts w:ascii="Arial" w:hAnsi="Arial" w:cs="Arial"/>
          <w:color w:val="000000"/>
        </w:rPr>
        <w:t>SEZIONE 6 – ANALISI DI SENSIBILITÀ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Illustrare gli effetti sul PEF di variazioni delle principali ipotesi (es. ±10% ricavi, ±10% costi, ritardo investimenti).</w:t>
      </w:r>
    </w:p>
    <w:p w:rsidR="004D408B" w:rsidRPr="004769D5" w:rsidRDefault="004769D5" w:rsidP="004769D5">
      <w:pPr>
        <w:pStyle w:val="Titolo2"/>
        <w:rPr>
          <w:rFonts w:ascii="Arial" w:hAnsi="Arial" w:cs="Arial"/>
        </w:rPr>
      </w:pPr>
      <w:r w:rsidRPr="004769D5">
        <w:rPr>
          <w:rFonts w:ascii="Arial" w:hAnsi="Arial" w:cs="Arial"/>
          <w:color w:val="000000"/>
        </w:rPr>
        <w:t>ASSEVERAZIONE</w:t>
      </w:r>
    </w:p>
    <w:p w:rsidR="004D408B" w:rsidRPr="004769D5" w:rsidRDefault="004769D5" w:rsidP="004769D5">
      <w:pPr>
        <w:rPr>
          <w:rFonts w:ascii="Arial" w:hAnsi="Arial" w:cs="Arial"/>
        </w:rPr>
      </w:pPr>
      <w:r w:rsidRPr="004769D5">
        <w:rPr>
          <w:rFonts w:ascii="Arial" w:hAnsi="Arial" w:cs="Arial"/>
        </w:rPr>
        <w:t>Il presente Piano Economico-Finanziario è asseverato da:</w:t>
      </w:r>
    </w:p>
    <w:p w:rsidR="004D408B" w:rsidRPr="004769D5" w:rsidRDefault="004769D5" w:rsidP="004769D5">
      <w:pPr>
        <w:rPr>
          <w:rFonts w:ascii="Arial" w:hAnsi="Arial" w:cs="Arial"/>
        </w:rPr>
      </w:pP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  <w:r w:rsidRPr="004769D5">
        <w:rPr>
          <w:rFonts w:ascii="Arial" w:hAnsi="Arial" w:cs="Arial"/>
        </w:rPr>
        <w:t xml:space="preserve"> (denominazione)</w:t>
      </w:r>
    </w:p>
    <w:p w:rsidR="004D408B" w:rsidRPr="004769D5" w:rsidRDefault="004769D5" w:rsidP="004769D5">
      <w:pPr>
        <w:rPr>
          <w:rFonts w:ascii="Arial" w:hAnsi="Arial" w:cs="Arial"/>
        </w:rPr>
      </w:pP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  <w:r w:rsidRPr="004769D5">
        <w:rPr>
          <w:rFonts w:ascii="Arial" w:hAnsi="Arial" w:cs="Arial"/>
        </w:rPr>
        <w:t xml:space="preserve"> (iscrizione albo n.)</w:t>
      </w:r>
    </w:p>
    <w:p w:rsidR="004D408B" w:rsidRPr="004769D5" w:rsidRDefault="004769D5" w:rsidP="004769D5">
      <w:pPr>
        <w:rPr>
          <w:rFonts w:ascii="Arial" w:hAnsi="Arial" w:cs="Arial"/>
        </w:rPr>
      </w:pPr>
      <w:r>
        <w:rPr>
          <w:rFonts w:ascii="Arial" w:hAnsi="Arial" w:cs="Arial"/>
          <w:b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 w:rsidRPr="004769D5">
        <w:rPr>
          <w:rFonts w:ascii="Arial" w:hAnsi="Arial" w:cs="Arial"/>
          <w:b/>
        </w:rPr>
        <w:t>_</w:t>
      </w:r>
      <w:r w:rsidRPr="004769D5"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  <w:r w:rsidRPr="004769D5">
        <w:rPr>
          <w:rFonts w:ascii="Arial" w:hAnsi="Arial" w:cs="Arial"/>
        </w:rPr>
        <w:t xml:space="preserve"> (data e firma digitale)</w:t>
      </w:r>
    </w:p>
    <w:p w:rsidR="004D408B" w:rsidRPr="004769D5" w:rsidRDefault="004769D5" w:rsidP="004769D5">
      <w:pPr>
        <w:rPr>
          <w:rFonts w:ascii="Arial" w:hAnsi="Arial" w:cs="Arial"/>
        </w:rPr>
      </w:pPr>
      <w:r>
        <w:rPr>
          <w:rFonts w:ascii="Arial" w:hAnsi="Arial" w:cs="Arial"/>
          <w:b/>
        </w:rPr>
        <w:t>__________________________</w:t>
      </w:r>
    </w:p>
    <w:sectPr w:rsidR="004D408B" w:rsidRPr="004769D5" w:rsidSect="004769D5">
      <w:pgSz w:w="12240" w:h="15840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769D5"/>
    <w:rsid w:val="004D408B"/>
    <w:rsid w:val="008F544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380B77"/>
  <w14:defaultImageDpi w14:val="300"/>
  <w15:docId w15:val="{0BE9E646-4FC4-4CF3-9DFE-01A2BB996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it-IT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6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69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D038C8-CA17-43D3-922B-103155A19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1745</Words>
  <Characters>9951</Characters>
  <Application>Microsoft Office Word</Application>
  <DocSecurity>0</DocSecurity>
  <Lines>82</Lines>
  <Paragraphs>23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11673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SegretarioComunale</cp:lastModifiedBy>
  <cp:revision>3</cp:revision>
  <cp:lastPrinted>2026-08-05T10:17:00Z</cp:lastPrinted>
  <dcterms:created xsi:type="dcterms:W3CDTF">2013-12-23T23:15:00Z</dcterms:created>
  <dcterms:modified xsi:type="dcterms:W3CDTF">2026-08-05T10:30:00Z</dcterms:modified>
  <cp:category/>
</cp:coreProperties>
</file>